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משימה לכל טקסט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שמונה משפחות המשימה (הבנה, חשיבה מסדר גבוה, יצירה, לשון, אוצר מילים, טיעון ודעה, דמויות, מבנה הטקסט) כפי שהן מופיעות בחפיסת חט״ב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הסקה, זיהוי נקודת מבט וניסוח טענה עם ראיה, כנדרש ברמת ז-ט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מורפולוגיה ממוקדת: שורש ומשקל, נטיית שם, סמיכות, שייכות במילה אחת, רבים ונטיית 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בעבודה עם טקסט אחד (כתבה) דרך כל משפחות המשימה, כהכנה לעבודה עצמאית עם כרטיסיות על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עובדות, מטרה ותמצות – זיהוי עובדות מהכתבה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גבעת אלונים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עובדות, מטרה ותמצות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נכתב שרינה הוסיפה גגון מפח כדי להגן על הספרים מפני הגשם.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למרות הקושי בשבוע הראשון, בשבוע השני הופיעו שבעה ספרים חדשים ופתק תודה, כך שהיוזמה המשיכה.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עובדות, מטרה ותמצות – מטרת הטקסט וראיות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לספר על יוזמה קהילתית מעניינת שצמחה מרעיון של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רינה, נהגת 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בתיאור השבוע השני, כשהופיעו שבעה ספרים חדשים ופתק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הבנת הנקרא: עובדות, מטרה ותמצות –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(חשבה רעיון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(הפסיקה לקוות)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(גג קטן שמגן מגשם)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(הגוף שמנהל את ענייני הכפר)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חשיבה מסדר גבוה: הסקה ונקודת מבט – מה כתוב בטקסט?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נכתב שתמר הגתה את הרעיון כי ראתה שהנוסעים מביטים במסך ומשתעממים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בשבוע הראשון נעלמו שלושה ספרים ולא חזר אף אחד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בפירוש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תלמידי כיתה ה׳ הכינו מחברת לכתיבת המלצות, ואילו ילדי הגן ציירו את השלט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חשיבה מסדר גבוה: הסקה ונקודת מבט – משלימים ומסיקים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משתעממים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הפתעה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שייכות / גאווה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חשיבה מסדר גבוה: הסקה ונקודת מבט – מסיקים, מספרים אחרת ומחברים לעולם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המבוססת על הסקה הגיונית מהטקסט, עם ציון המשפט הרלוונטי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מנקודת מבטה של רינה, עם פרטים מהטקסט ששומרים על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מנקודת מבט הנוסע, המתייחס לשינוי שחל במדף משבוע לשבוע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שמקשרת בין רעיון המדף לבעיה אמיתית מחיי היומיום, עם הסבר לקשר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מבנה הטקסט וזיהוי סוגה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תמר, תלמידת כיתה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מבנה הטקסט וזיהוי סוגה – הבנה ראשונית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בפתיחת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זוהי כתבה עיתונאית הכתובה בפרוזה, לא 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מבנה הטקסט וזיהוי סוגה – הבנה ראשונית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לשון: מורפולוגיה (שורש, משקל, סמיכות ונטייה) – שורש ומשקל במילים מהכתבה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ס.פ.ר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ל.מ.ד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לשון: מורפולוגיה (שורש, משקל, סמיכות ונטייה) – סמיכות ושייכות במילה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מדף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מורפולוגיה (שורש, משקל, סמיכות ונטייה) – רבים ונטיית פעלים בזמנים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עבר: חיכתה. הווה: מחכה. עתיד: תחכה.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עבר: הוסיפה. הווה: מוסיפה. עתיד: תוסיף.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אוצר מילים, טיעון וראיה – התאמת מילים מהמילון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(חשבה על רעיון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(הפסיקה לקוות)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(גג קטן שמגן מגשם)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(נהיה 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(אנשים שנוסעים כל יום באותו קו אוטובוס)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אוצר מילים, טיעון וראיה – מילים במשפט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התייאשה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בשבוע השני הגיעו שבעה ספרים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שאנשים ממשיכים לקחת ולהביא ספרים כל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אוצר מילים, טיעון וראיה – טענה ושתי ראיות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הפסיקה לקוות או להאמין שהרעיון יצליח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טענה ברורה וממוקדת הקשורה לתוכן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ראיות מדויקות מהטקסט, למשל: בשבוע השני הגיעו שבעה ספרים חדשים, ורינה הוסיפה גגון להגנה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ראיה אפשרית: בתחילה איש לא נגע בספרים והם עמדו מכוסים באבק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יצירה: כתיבה בעקבות הטקסט – הכרת הטקסט לפני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תמר, תלמידת כיתה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יצירה: כתיבה בעקבות הטקסט – הכרת הטקסט לפני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בטקסט: שלושה ספרים נעלמו ולא חזר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הרעיון הגתה תמר; רינה הוסיפה גגון מפח למדף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יצירה: כתיבה בעקבות הטקסט – הכרת הטקסט לפני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ציון שורה או משפט מהטקסט ליד כל תשובה, לא רק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מורכב משלוש אותיות עיצור נכונות והמשקל תואם את צורת המילה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הטקסט החדש שומר על אורך משפטים, טון ואוצר מילים דומים למקור, ומתאים לסוגה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 עד ארבעה שיעורים: פרק בכל שיעור, עם קריאה חוזרת של הטקסט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את משימת 'בעוד עשר שנים' או 'הנחה סמויה' מרמת חט״ע כהעשרה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לצמצם את פרק הלשון למשימה אחת (למשל רק רבים ונטיית פעלים) ולדלג על סמיכות ושייכות במילה אחת בשלב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הפרקים עם דרכי הפעלה מגוונות כמו לוח בחירה 3×3 או עבודה בזוגות, כדי לשמור על מוטיבציה לאורך כל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משימה לכל טקסט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תרגילים קצרים על טקסט אחד. עברו משימה אחרי משימה, לפי הסדר. קראו כל הוראה פעמיים. אפשר לחזור לטקסט ולחפש בו 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במפורש, לפי רמזים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דמות או גורם מסוים רואה את האירועים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 וראיה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עמדה, ועובדה מהטקסט שתומכת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הטקסט: סיפור, כתבה, שיר או טקסט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ומשקל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הבסיסיות של מילה והתבנית שסביבן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שמות עצם שמתחברים למשמעות אחת, כמו 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 במילה אחת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שייך למישהו בלי מילת יחס, כמו ספרה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תמצית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קצר וממוקד של הרעיונות העיקריים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הטקסט לפתיחה, גוף וסיום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כרטיסים שעוסקת באותו סוג חשיבה, כמו הבנה או 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הבנת הנקרא: עובדות, מטרה ותמצות – זיהוי עובדות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הרעיון למדף הספרים בתחנה הגתה __________, תלמידת כיתה ח׳.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בשבוע הראשון נעלמו מהמדף __________ ספרים ולא חזר אף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המדף נמצא בתחנת אוטובוס בכפר הדמיוני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הבנת הנקרא: עובדות, מטרה ותמצות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נהגת האוטובוס רינה הוסיפה למדף גגון מפח כדי להגן על הספרים מהגשם.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התייאשה לגמרי מהרעיון כבר בשבוע הראשון ולא המשיכה לבדוק את המדף.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הבנת הנקרא: עובדות, מטרה ותמצות – מטרת הטקסט וראיות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בעיקר מספרת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תהליך מדעי 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על יוזמה קהילתית מעניינת שצמחה מרעיון של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קוראים לקנות ספרים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לבדר באמצעות סיפור דמיוני על חייזרים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דאג להגן על הספרים מהגשם?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רינה, נהגת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בטקסט רואים שהרעיון הצליח?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בפסקה הראשונה, כשהמדף רק הופיע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בתיאור השבוע השני, כשהופיעו שבעה ספרים חדשים ופתק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בכותרת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במילון הקטן בסוף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הבנת הנקרא: עובדות, מטרה ותמצות –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הגוף שמנהל את ענייני הכפר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התייאשה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חשבה רעיון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הפסיקה לקוות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המועצה המקומית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גג קטן שמגן מגשם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חשיבה מסדר גבוה: הסקה ונקודת מבט – מה כתוב בטקסט?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זו שהציעה את רעיון מדף הספרים בתחנה, אחרי ששמה לב שהנוסעים משתעממים.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שבו הוצב המדף, כל הספרים שנלקחו חזרו אליו.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רינה, נהגת האוטובוס, הוסיפה למדף גגון מפח כדי להגן על הספרים מפני הגשם.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 כיתה ה׳ הכינו לוח שלטים צבעוני עם שמות הספרים.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חשיבה מסדר גבוה: הסקה ונקודת מבט – משלימים ומסיקים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שמה לב שרוב הנוסעים באוטובוס מביטים במסך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אחד הספרים שהוחזרו נמצא __________ ובו תודה לתמר.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 רצתה שההמתנה לאוטובוס תהפוך לרגע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למרות שלא נכתב במפורש, אפשר להבין מהטקסט שתושבי הכפר מרגישים כלפי המדף תחושת __________ (לדוגמה שייכות או גאווה).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חשיבה מסדר גבוה: הסקה ונקודת מבט – מסיקים, מספרים אחרת ומחברים לעולם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דבר אחד שלא כתוב במפורש בטקסט אבל אפשר להבין ממנו. כתבו מה הבנתם ומאיזה משפט בטקסט הסקתם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מחדש את הרגע שבו התגלו שבעה הספרים החדשים על המדף, הפעם מנקודת המבט של רינה הנהגת. מה היא ראתה וחשבה?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ספרו בקצרה את סיפור המדף מנקודת המבט של אחד הנוסעים הקבועים, שרואה את השינוי קורה לאורך 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בעיה מהעולם האמיתי דומה לבעיה שתמר זיהתה (למשל שעמום או חוסר קשר בין אנשים)? כתבו פסקה קצרה שמקשרת בין הטקסט לבעיה הזאת.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מבנה הטקסט וזיהוי סוגה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חשבה על רעיון המדף?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תמר, תלמידת כיתה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רינה, נהגת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אליהו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המועצה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מבנה הטקסט וזיהוי סוגה – הבנה ראשונית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מספרת על מדף ספרים שהוקם בתחנת אוטובוס בכפר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כתוב בחרוזים ובמשקל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מבנה הטקסט וזיהוי סוגה – הבנה ראשונית 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טקסט שמספר על אירוע אמיתי, כולל ציטוטים מאנשים,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לשון: מורפולוגיה (שורש, משקל, סמיכות ונטייה) – שורש ומשקל במילים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השורש של המילה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ס.פ.ר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ס.פ.ם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פ.ר.ס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ר.ס.פ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השורש של המילה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ת.ל.מ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מ.י.ד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ל.י.ד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בניין המילה הופיע?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לשון: מורפולוגיה (שורש, משקל, סמיכות ונטייה) – סמיכות ושייכות במילה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"תחנת האוטובוס" הוא צירוף סמיכות. כתבו את מילת הסמיכות הראשונה (הנסמך):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חברו צירוף סמיכות מהמילים "מדף" ו"עץ":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כתוב "נהגת האוטובוס". זהו צירוף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כתבו במילה אחת: "המחברת של התלמידים"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לשון: מורפולוגיה (שורש, משקל, סמיכות ונטייה) – רבים ונטיית פעלים בזמנים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את צורת הרבים של המילה "מדף": 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צורת הרבים של המילה "פתק": 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נטו את הפועל "חיכתה" (שורש ח.כ.ה) בגוף נקבה יחיד בשלושת הזמנים: עבר, הווה, 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נטו את הפועל "הוסיפה" (שורש י.ס.ף) בגוף נקבה יחיד: עבר, הווה, 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אוצר מילים, טיעון וראיה – התאמת מילים מהמילון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שנוסעים כל יום באותו קו 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התייאשה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נהיה 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חשבה על רעיון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מתרוקן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הפסיקה לקוות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נוסעים קבועים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גג קטן שמגן מגשם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אוצר מילים, טיעון וראיה – מילים במשפט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מתאימה: תמר חשבה על רעיון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התייאשה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מתאימה: תמר כמעט הפסיקה לקוות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התייאשה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צחקה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הוסיפה רינה למדף כדי להגן מגשם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בטקסט מראה שהרעיון הצליח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לא נגע במדף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בשבוע השני הגיעו שבעה ספרים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הספרים היו מכוסים באבק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 כמעט התייאשה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המשפט הזה אומר לנו על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שהמדף נשאר ריק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שאנשים ממשיכים לקחת ולהביא ספרים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שהמדף התקלקל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שאיש לא משתמש במדף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אוצר מילים, טיעון וראיה – טענה ושתי ראיות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משמעות המילה 'התייאשה' ברגע שתמר כמעט הפסיקה להאמין ברעיון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טענה אחת משלכם על הפרויקט של תמר, לדוגמה: הפרויקט הצליח בזכות שיתוף הפעולה של התושבים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תמכו בטענה שכתבתם בשתי ראיות שונות מתוך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טענה הפוכה, למשל: לא כל התושבים תמכו בפרויקט מיד, ונסו למצוא ראיה אחת מהטקסט שתומכת בה גם אם היא חלשה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יצירה: כתיבה בעקבות הטקסט – הכרת הטקסט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חשבה על רעיון מדף הספרים?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תמר, תלמידת כיתה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רינה, נהגת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אליהו, שכן מהבניין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איתי מהקומה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יצירה: כתיבה בעקבות הטקסט – הכרת הטקסט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שבו עמד המדף, נעלמו שלושה ספרים ואף ספר לא הוחזר.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רינה, נהגת האוטובוס, היא זו שהגתה את רעיון המדף.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יצירה: כתיבה בעקבות הטקסט – הכרת הטקסט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רצתה שה-__________ של הנוסעים באוטובוס תהפוך לרגע של הפתעה.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להביא ראיה מדויקת מהטקסט לכל טענה שכתבתי?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זיהיתי נכון את השורש והמשקל של המילים שבחרתי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הפסקה שכתבתי במשימת היצירה מתאימה לסגנון ולסוגה של הטקסט המקורי?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כרטיסיות משימה לכל טקסט (חט״ב)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