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כרטיסיות משימה לכל טקסט</w:t>
            </w:r>
          </w:p>
          <w:p>
            <w:pPr>
              <w:bidi/>
              <w:jc w:val="right"/>
            </w:pPr>
            <w:r>
              <w:rPr>
                <w:rFonts w:ascii="Arial" w:hAnsi="Arial" w:cs="Arial" w:eastAsia="Arial"/>
                <w:lang w:val="he-IL" w:bidi="he-IL"/>
                <w:b/>
                <w:color w:val="3C1361"/>
                <w:sz w:val="32"/>
                <w:rtl/>
                <w:szCs w:val="32"/>
                <w:bCs/>
              </w:rPr>
              <w:t>חוברת תרגול – כרטיסיות משימה לכל טקסט (חט״ב)</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לתרגל את שמונה משפחות המשימה (הבנה, חשיבה מסדר גבוה, יצירה, לשון, אוצר מילים, טיעון ודעה, דמויות, מבנה הטקסט) כפי שהן מופיעות בחפיסת חט״ב</w:t>
      </w:r>
    </w:p>
    <w:p>
      <w:pPr>
        <w:bidi/>
        <w:spacing w:after="80"/>
        <w:jc w:val="right"/>
      </w:pPr>
      <w:r>
        <w:rPr>
          <w:rFonts w:ascii="Arial" w:hAnsi="Arial" w:cs="Arial" w:eastAsia="Arial"/>
          <w:lang w:val="he-IL" w:bidi="he-IL"/>
          <w:sz w:val="22"/>
          <w:rtl/>
          <w:szCs w:val="22"/>
        </w:rPr>
        <w:t>• לחזק מיומנויות הסקה, זיהוי נקודת מבט וניסוח טענה עם ראיה, כנדרש ברמת ז-ט</w:t>
      </w:r>
    </w:p>
    <w:p>
      <w:pPr>
        <w:bidi/>
        <w:spacing w:after="80"/>
        <w:jc w:val="right"/>
      </w:pPr>
      <w:r>
        <w:rPr>
          <w:rFonts w:ascii="Arial" w:hAnsi="Arial" w:cs="Arial" w:eastAsia="Arial"/>
          <w:lang w:val="he-IL" w:bidi="he-IL"/>
          <w:sz w:val="22"/>
          <w:rtl/>
          <w:szCs w:val="22"/>
        </w:rPr>
        <w:t>• לתרגל מורפולוגיה ממוקדת: שורש ומשקל, נטיית שם, סמיכות, שייכות במילה אחת, רבים ונטיית פעלים</w:t>
      </w:r>
    </w:p>
    <w:p>
      <w:pPr>
        <w:bidi/>
        <w:spacing w:after="80"/>
        <w:jc w:val="right"/>
      </w:pPr>
      <w:r>
        <w:rPr>
          <w:rFonts w:ascii="Arial" w:hAnsi="Arial" w:cs="Arial" w:eastAsia="Arial"/>
          <w:lang w:val="he-IL" w:bidi="he-IL"/>
          <w:sz w:val="22"/>
          <w:rtl/>
          <w:szCs w:val="22"/>
        </w:rPr>
        <w:t>• להתנסות בעבודה עם טקסט אחד (כתבה) דרך כל משפחות המשימה, כהכנה לעבודה עצמאית עם כרטיסיות על כל טקסט</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הבנת הנקרא: עובדות, מטרה ותמצות – זיהוי עובדות מהכתבה</w:t>
      </w:r>
    </w:p>
    <w:p>
      <w:pPr>
        <w:bidi/>
        <w:spacing w:after="40"/>
        <w:jc w:val="right"/>
      </w:pPr>
      <w:r>
        <w:rPr>
          <w:rFonts w:ascii="Arial" w:hAnsi="Arial" w:cs="Arial" w:eastAsia="Arial"/>
          <w:lang w:val="he-IL" w:bidi="he-IL"/>
          <w:sz w:val="22"/>
          <w:rtl/>
          <w:szCs w:val="22"/>
        </w:rPr>
        <w:t>1. תמר</w:t>
      </w:r>
    </w:p>
    <w:p>
      <w:pPr>
        <w:bidi/>
        <w:spacing w:after="40"/>
        <w:jc w:val="right"/>
      </w:pPr>
      <w:r>
        <w:rPr>
          <w:rFonts w:ascii="Arial" w:hAnsi="Arial" w:cs="Arial" w:eastAsia="Arial"/>
          <w:lang w:val="he-IL" w:bidi="he-IL"/>
          <w:sz w:val="22"/>
          <w:rtl/>
          <w:szCs w:val="22"/>
        </w:rPr>
        <w:t>2. שלושה</w:t>
      </w:r>
    </w:p>
    <w:p>
      <w:pPr>
        <w:bidi/>
        <w:spacing w:after="40"/>
        <w:jc w:val="right"/>
      </w:pPr>
      <w:r>
        <w:rPr>
          <w:rFonts w:ascii="Arial" w:hAnsi="Arial" w:cs="Arial" w:eastAsia="Arial"/>
          <w:lang w:val="he-IL" w:bidi="he-IL"/>
          <w:sz w:val="22"/>
          <w:rtl/>
          <w:szCs w:val="22"/>
        </w:rPr>
        <w:t>3. גבעת אלונים</w:t>
      </w:r>
    </w:p>
    <w:p>
      <w:pPr>
        <w:bidi/>
        <w:pStyle w:val="Heading3"/>
        <w:spacing w:after="80"/>
        <w:jc w:val="right"/>
      </w:pPr>
      <w:r>
        <w:rPr>
          <w:rFonts w:ascii="Arial" w:hAnsi="Arial" w:cs="Arial" w:eastAsia="Arial"/>
          <w:lang w:val="he-IL" w:bidi="he-IL"/>
          <w:b/>
          <w:color w:val="DD6B20"/>
          <w:sz w:val="26"/>
          <w:rtl/>
          <w:szCs w:val="26"/>
          <w:bCs/>
        </w:rPr>
        <w:t>חלק ב׳ – פרק 1 · הבנת הנקרא: עובדות, מטרה ותמצות – נכון או לא נכון</w:t>
      </w:r>
    </w:p>
    <w:p>
      <w:pPr>
        <w:bidi/>
        <w:spacing w:after="40"/>
        <w:jc w:val="right"/>
      </w:pPr>
      <w:r>
        <w:rPr>
          <w:rFonts w:ascii="Arial" w:hAnsi="Arial" w:cs="Arial" w:eastAsia="Arial"/>
          <w:lang w:val="he-IL" w:bidi="he-IL"/>
          <w:sz w:val="22"/>
          <w:rtl/>
          <w:szCs w:val="22"/>
        </w:rPr>
        <w:t>1. נכון – בטקסט נכתב שרינה הוסיפה גגון מפח כדי להגן על הספרים מפני הגשם.</w:t>
      </w:r>
    </w:p>
    <w:p>
      <w:pPr>
        <w:bidi/>
        <w:spacing w:after="40"/>
        <w:jc w:val="right"/>
      </w:pPr>
      <w:r>
        <w:rPr>
          <w:rFonts w:ascii="Arial" w:hAnsi="Arial" w:cs="Arial" w:eastAsia="Arial"/>
          <w:lang w:val="he-IL" w:bidi="he-IL"/>
          <w:sz w:val="22"/>
          <w:rtl/>
          <w:szCs w:val="22"/>
        </w:rPr>
        <w:t>2. לא נכון – למרות הקושי בשבוע הראשון, בשבוע השני הופיעו שבעה ספרים חדשים ופתק תודה, כך שהיוזמה המשיכה.</w:t>
      </w:r>
    </w:p>
    <w:p>
      <w:pPr>
        <w:bidi/>
        <w:pStyle w:val="Heading3"/>
        <w:spacing w:after="80"/>
        <w:jc w:val="right"/>
      </w:pPr>
      <w:r>
        <w:rPr>
          <w:rFonts w:ascii="Arial" w:hAnsi="Arial" w:cs="Arial" w:eastAsia="Arial"/>
          <w:lang w:val="he-IL" w:bidi="he-IL"/>
          <w:b/>
          <w:color w:val="3182CE"/>
          <w:sz w:val="26"/>
          <w:rtl/>
          <w:szCs w:val="26"/>
          <w:bCs/>
        </w:rPr>
        <w:t>חלק ג׳ – פרק 1 · הבנת הנקרא: עובדות, מטרה ותמצות – מטרת הטקסט וראיות</w:t>
      </w:r>
    </w:p>
    <w:p>
      <w:pPr>
        <w:bidi/>
        <w:spacing w:after="40"/>
        <w:jc w:val="right"/>
      </w:pPr>
      <w:r>
        <w:rPr>
          <w:rFonts w:ascii="Arial" w:hAnsi="Arial" w:cs="Arial" w:eastAsia="Arial"/>
          <w:lang w:val="he-IL" w:bidi="he-IL"/>
          <w:sz w:val="22"/>
          <w:rtl/>
          <w:szCs w:val="22"/>
        </w:rPr>
        <w:t>1. ב – לספר על יוזמה קהילתית מעניינת שצמחה מרעיון של תלמידה</w:t>
      </w:r>
    </w:p>
    <w:p>
      <w:pPr>
        <w:bidi/>
        <w:spacing w:after="40"/>
        <w:jc w:val="right"/>
      </w:pPr>
      <w:r>
        <w:rPr>
          <w:rFonts w:ascii="Arial" w:hAnsi="Arial" w:cs="Arial" w:eastAsia="Arial"/>
          <w:lang w:val="he-IL" w:bidi="he-IL"/>
          <w:sz w:val="22"/>
          <w:rtl/>
          <w:szCs w:val="22"/>
        </w:rPr>
        <w:t>2. ב – רינה, נהגת האוטובוס</w:t>
      </w:r>
    </w:p>
    <w:p>
      <w:pPr>
        <w:bidi/>
        <w:spacing w:after="40"/>
        <w:jc w:val="right"/>
      </w:pPr>
      <w:r>
        <w:rPr>
          <w:rFonts w:ascii="Arial" w:hAnsi="Arial" w:cs="Arial" w:eastAsia="Arial"/>
          <w:lang w:val="he-IL" w:bidi="he-IL"/>
          <w:sz w:val="22"/>
          <w:rtl/>
          <w:szCs w:val="22"/>
        </w:rPr>
        <w:t>3. ב – בתיאור השבוע השני, כשהופיעו שבעה ספרים חדשים ופתק תודה</w:t>
      </w:r>
    </w:p>
    <w:p>
      <w:pPr>
        <w:bidi/>
        <w:pStyle w:val="Heading3"/>
        <w:spacing w:after="80"/>
        <w:jc w:val="right"/>
      </w:pPr>
      <w:r>
        <w:rPr>
          <w:rFonts w:ascii="Arial" w:hAnsi="Arial" w:cs="Arial" w:eastAsia="Arial"/>
          <w:lang w:val="he-IL" w:bidi="he-IL"/>
          <w:b/>
          <w:color w:val="38A169"/>
          <w:sz w:val="26"/>
          <w:rtl/>
          <w:szCs w:val="26"/>
          <w:bCs/>
        </w:rPr>
        <w:t>חלק ד׳ – פרק 1 · הבנת הנקרא: עובדות, מטרה ותמצות – מילים מהטקסט</w:t>
      </w:r>
    </w:p>
    <w:p>
      <w:pPr>
        <w:bidi/>
        <w:spacing w:after="40"/>
        <w:jc w:val="right"/>
      </w:pPr>
      <w:r>
        <w:rPr>
          <w:rFonts w:ascii="Arial" w:hAnsi="Arial" w:cs="Arial" w:eastAsia="Arial"/>
          <w:lang w:val="he-IL" w:bidi="he-IL"/>
          <w:sz w:val="22"/>
          <w:rtl/>
          <w:szCs w:val="22"/>
        </w:rPr>
        <w:t>1 – ד (חשבה רעיון חדש)</w:t>
      </w:r>
    </w:p>
    <w:p>
      <w:pPr>
        <w:bidi/>
        <w:spacing w:after="40"/>
        <w:jc w:val="right"/>
      </w:pPr>
      <w:r>
        <w:rPr>
          <w:rFonts w:ascii="Arial" w:hAnsi="Arial" w:cs="Arial" w:eastAsia="Arial"/>
          <w:lang w:val="he-IL" w:bidi="he-IL"/>
          <w:sz w:val="22"/>
          <w:rtl/>
          <w:szCs w:val="22"/>
        </w:rPr>
        <w:t>2 – א (הפסיקה לקוות)</w:t>
      </w:r>
    </w:p>
    <w:p>
      <w:pPr>
        <w:bidi/>
        <w:spacing w:after="40"/>
        <w:jc w:val="right"/>
      </w:pPr>
      <w:r>
        <w:rPr>
          <w:rFonts w:ascii="Arial" w:hAnsi="Arial" w:cs="Arial" w:eastAsia="Arial"/>
          <w:lang w:val="he-IL" w:bidi="he-IL"/>
          <w:sz w:val="22"/>
          <w:rtl/>
          <w:szCs w:val="22"/>
        </w:rPr>
        <w:t>3 – ב (גג קטן שמגן מגשם)</w:t>
      </w:r>
    </w:p>
    <w:p>
      <w:pPr>
        <w:bidi/>
        <w:spacing w:after="40"/>
        <w:jc w:val="right"/>
      </w:pPr>
      <w:r>
        <w:rPr>
          <w:rFonts w:ascii="Arial" w:hAnsi="Arial" w:cs="Arial" w:eastAsia="Arial"/>
          <w:lang w:val="he-IL" w:bidi="he-IL"/>
          <w:sz w:val="22"/>
          <w:rtl/>
          <w:szCs w:val="22"/>
        </w:rPr>
        <w:t>4 – ג (הגוף שמנהל את ענייני הכפר)</w:t>
      </w:r>
    </w:p>
    <w:p>
      <w:pPr>
        <w:bidi/>
        <w:pStyle w:val="Heading3"/>
        <w:spacing w:after="80"/>
        <w:jc w:val="right"/>
      </w:pPr>
      <w:r>
        <w:rPr>
          <w:rFonts w:ascii="Arial" w:hAnsi="Arial" w:cs="Arial" w:eastAsia="Arial"/>
          <w:lang w:val="he-IL" w:bidi="he-IL"/>
          <w:b/>
          <w:color w:val="805AD5"/>
          <w:sz w:val="26"/>
          <w:rtl/>
          <w:szCs w:val="26"/>
          <w:bCs/>
        </w:rPr>
        <w:t>חלק ה׳ – פרק 2 · חשיבה מסדר גבוה: הסקה ונקודת מבט – מה כתוב בטקסט?</w:t>
      </w:r>
    </w:p>
    <w:p>
      <w:pPr>
        <w:bidi/>
        <w:spacing w:after="40"/>
        <w:jc w:val="right"/>
      </w:pPr>
      <w:r>
        <w:rPr>
          <w:rFonts w:ascii="Arial" w:hAnsi="Arial" w:cs="Arial" w:eastAsia="Arial"/>
          <w:lang w:val="he-IL" w:bidi="he-IL"/>
          <w:sz w:val="22"/>
          <w:rtl/>
          <w:szCs w:val="22"/>
        </w:rPr>
        <w:t>1. נכון – בטקסט נכתב שתמר הגתה את הרעיון כי ראתה שהנוסעים מביטים במסך ומשתעממים</w:t>
      </w:r>
    </w:p>
    <w:p>
      <w:pPr>
        <w:bidi/>
        <w:spacing w:after="40"/>
        <w:jc w:val="right"/>
      </w:pPr>
      <w:r>
        <w:rPr>
          <w:rFonts w:ascii="Arial" w:hAnsi="Arial" w:cs="Arial" w:eastAsia="Arial"/>
          <w:lang w:val="he-IL" w:bidi="he-IL"/>
          <w:sz w:val="22"/>
          <w:rtl/>
          <w:szCs w:val="22"/>
        </w:rPr>
        <w:t>2. לא נכון – בשבוע הראשון נעלמו שלושה ספרים ולא חזר אף אחד מהם</w:t>
      </w:r>
    </w:p>
    <w:p>
      <w:pPr>
        <w:bidi/>
        <w:spacing w:after="40"/>
        <w:jc w:val="right"/>
      </w:pPr>
      <w:r>
        <w:rPr>
          <w:rFonts w:ascii="Arial" w:hAnsi="Arial" w:cs="Arial" w:eastAsia="Arial"/>
          <w:lang w:val="he-IL" w:bidi="he-IL"/>
          <w:sz w:val="22"/>
          <w:rtl/>
          <w:szCs w:val="22"/>
        </w:rPr>
        <w:t>3. נכון – כך נכתב בפירוש בטקסט</w:t>
      </w:r>
    </w:p>
    <w:p>
      <w:pPr>
        <w:bidi/>
        <w:spacing w:after="40"/>
        <w:jc w:val="right"/>
      </w:pPr>
      <w:r>
        <w:rPr>
          <w:rFonts w:ascii="Arial" w:hAnsi="Arial" w:cs="Arial" w:eastAsia="Arial"/>
          <w:lang w:val="he-IL" w:bidi="he-IL"/>
          <w:sz w:val="22"/>
          <w:rtl/>
          <w:szCs w:val="22"/>
        </w:rPr>
        <w:t>4. לא נכון – תלמידי כיתה ה׳ הכינו מחברת לכתיבת המלצות, ואילו ילדי הגן ציירו את השלט</w:t>
      </w:r>
    </w:p>
    <w:p>
      <w:pPr>
        <w:bidi/>
        <w:pStyle w:val="Heading3"/>
        <w:spacing w:after="80"/>
        <w:jc w:val="right"/>
      </w:pPr>
      <w:r>
        <w:rPr>
          <w:rFonts w:ascii="Arial" w:hAnsi="Arial" w:cs="Arial" w:eastAsia="Arial"/>
          <w:lang w:val="he-IL" w:bidi="he-IL"/>
          <w:b/>
          <w:color w:val="D53F8C"/>
          <w:sz w:val="26"/>
          <w:rtl/>
          <w:szCs w:val="26"/>
          <w:bCs/>
        </w:rPr>
        <w:t>חלק ו׳ – פרק 2 · חשיבה מסדר גבוה: הסקה ונקודת מבט – משלימים ומסיקים</w:t>
      </w:r>
    </w:p>
    <w:p>
      <w:pPr>
        <w:bidi/>
        <w:spacing w:after="40"/>
        <w:jc w:val="right"/>
      </w:pPr>
      <w:r>
        <w:rPr>
          <w:rFonts w:ascii="Arial" w:hAnsi="Arial" w:cs="Arial" w:eastAsia="Arial"/>
          <w:lang w:val="he-IL" w:bidi="he-IL"/>
          <w:sz w:val="22"/>
          <w:rtl/>
          <w:szCs w:val="22"/>
        </w:rPr>
        <w:t>1. משתעממים</w:t>
      </w:r>
    </w:p>
    <w:p>
      <w:pPr>
        <w:bidi/>
        <w:spacing w:after="40"/>
        <w:jc w:val="right"/>
      </w:pPr>
      <w:r>
        <w:rPr>
          <w:rFonts w:ascii="Arial" w:hAnsi="Arial" w:cs="Arial" w:eastAsia="Arial"/>
          <w:lang w:val="he-IL" w:bidi="he-IL"/>
          <w:sz w:val="22"/>
          <w:rtl/>
          <w:szCs w:val="22"/>
        </w:rPr>
        <w:t>2. פתק</w:t>
      </w:r>
    </w:p>
    <w:p>
      <w:pPr>
        <w:bidi/>
        <w:spacing w:after="40"/>
        <w:jc w:val="right"/>
      </w:pPr>
      <w:r>
        <w:rPr>
          <w:rFonts w:ascii="Arial" w:hAnsi="Arial" w:cs="Arial" w:eastAsia="Arial"/>
          <w:lang w:val="he-IL" w:bidi="he-IL"/>
          <w:sz w:val="22"/>
          <w:rtl/>
          <w:szCs w:val="22"/>
        </w:rPr>
        <w:t>3. הפתעה</w:t>
      </w:r>
    </w:p>
    <w:p>
      <w:pPr>
        <w:bidi/>
        <w:spacing w:after="40"/>
        <w:jc w:val="right"/>
      </w:pPr>
      <w:r>
        <w:rPr>
          <w:rFonts w:ascii="Arial" w:hAnsi="Arial" w:cs="Arial" w:eastAsia="Arial"/>
          <w:lang w:val="he-IL" w:bidi="he-IL"/>
          <w:sz w:val="22"/>
          <w:rtl/>
          <w:szCs w:val="22"/>
        </w:rPr>
        <w:t>4. שייכות / גאווה</w:t>
      </w:r>
    </w:p>
    <w:p>
      <w:pPr>
        <w:bidi/>
        <w:pStyle w:val="Heading3"/>
        <w:spacing w:after="80"/>
        <w:jc w:val="right"/>
      </w:pPr>
      <w:r>
        <w:rPr>
          <w:rFonts w:ascii="Arial" w:hAnsi="Arial" w:cs="Arial" w:eastAsia="Arial"/>
          <w:lang w:val="he-IL" w:bidi="he-IL"/>
          <w:b/>
          <w:color w:val="E53E3E"/>
          <w:sz w:val="26"/>
          <w:rtl/>
          <w:szCs w:val="26"/>
          <w:bCs/>
        </w:rPr>
        <w:t>חלק ז׳ – פרק 2 · חשיבה מסדר גבוה: הסקה ונקודת מבט – מסיקים, מספרים אחרת ומחברים לעולם</w:t>
      </w:r>
    </w:p>
    <w:p>
      <w:pPr>
        <w:bidi/>
        <w:spacing w:after="40"/>
        <w:jc w:val="right"/>
      </w:pPr>
      <w:r>
        <w:rPr>
          <w:rFonts w:ascii="Arial" w:hAnsi="Arial" w:cs="Arial" w:eastAsia="Arial"/>
          <w:lang w:val="he-IL" w:bidi="he-IL"/>
          <w:sz w:val="22"/>
          <w:rtl/>
          <w:szCs w:val="22"/>
        </w:rPr>
        <w:t>1. תשובה חופשית המבוססת על הסקה הגיונית מהטקסט, עם ציון המשפט הרלוונטי</w:t>
      </w:r>
    </w:p>
    <w:p>
      <w:pPr>
        <w:bidi/>
        <w:spacing w:after="40"/>
        <w:jc w:val="right"/>
      </w:pPr>
      <w:r>
        <w:rPr>
          <w:rFonts w:ascii="Arial" w:hAnsi="Arial" w:cs="Arial" w:eastAsia="Arial"/>
          <w:lang w:val="he-IL" w:bidi="he-IL"/>
          <w:sz w:val="22"/>
          <w:rtl/>
          <w:szCs w:val="22"/>
        </w:rPr>
        <w:t>2. תיאור קצר מנקודת מבטה של רינה, עם פרטים מהטקסט ששומרים על העלילה</w:t>
      </w:r>
    </w:p>
    <w:p>
      <w:pPr>
        <w:bidi/>
        <w:spacing w:after="40"/>
        <w:jc w:val="right"/>
      </w:pPr>
      <w:r>
        <w:rPr>
          <w:rFonts w:ascii="Arial" w:hAnsi="Arial" w:cs="Arial" w:eastAsia="Arial"/>
          <w:lang w:val="he-IL" w:bidi="he-IL"/>
          <w:sz w:val="22"/>
          <w:rtl/>
          <w:szCs w:val="22"/>
        </w:rPr>
        <w:t>3. תיאור מנקודת מבט הנוסע, המתייחס לשינוי שחל במדף משבוע לשבוע</w:t>
      </w:r>
    </w:p>
    <w:p>
      <w:pPr>
        <w:bidi/>
        <w:spacing w:after="40"/>
        <w:jc w:val="right"/>
      </w:pPr>
      <w:r>
        <w:rPr>
          <w:rFonts w:ascii="Arial" w:hAnsi="Arial" w:cs="Arial" w:eastAsia="Arial"/>
          <w:lang w:val="he-IL" w:bidi="he-IL"/>
          <w:sz w:val="22"/>
          <w:rtl/>
          <w:szCs w:val="22"/>
        </w:rPr>
        <w:t>4. פסקה שמקשרת בין רעיון המדף לבעיה אמיתית מחיי היומיום, עם הסבר לקשר</w:t>
      </w:r>
    </w:p>
    <w:p>
      <w:pPr>
        <w:bidi/>
        <w:pStyle w:val="Heading3"/>
        <w:spacing w:after="80"/>
        <w:jc w:val="right"/>
      </w:pPr>
      <w:r>
        <w:rPr>
          <w:rFonts w:ascii="Arial" w:hAnsi="Arial" w:cs="Arial" w:eastAsia="Arial"/>
          <w:lang w:val="he-IL" w:bidi="he-IL"/>
          <w:b/>
          <w:color w:val="DD6B20"/>
          <w:sz w:val="26"/>
          <w:rtl/>
          <w:szCs w:val="26"/>
          <w:bCs/>
        </w:rPr>
        <w:t>חלק ח׳ – פרק 3 · מבנה הטקסט וזיהוי סוגה – הבנה ראשונית</w:t>
      </w:r>
    </w:p>
    <w:p>
      <w:pPr>
        <w:bidi/>
        <w:spacing w:after="40"/>
        <w:jc w:val="right"/>
      </w:pPr>
      <w:r>
        <w:rPr>
          <w:rFonts w:ascii="Arial" w:hAnsi="Arial" w:cs="Arial" w:eastAsia="Arial"/>
          <w:lang w:val="he-IL" w:bidi="he-IL"/>
          <w:sz w:val="22"/>
          <w:rtl/>
          <w:szCs w:val="22"/>
        </w:rPr>
        <w:t>1. א – תמר, תלמידת כיתה ח׳</w:t>
      </w:r>
    </w:p>
    <w:p>
      <w:pPr>
        <w:bidi/>
        <w:spacing w:after="40"/>
        <w:jc w:val="right"/>
      </w:pPr>
      <w:r>
        <w:rPr>
          <w:rFonts w:ascii="Arial" w:hAnsi="Arial" w:cs="Arial" w:eastAsia="Arial"/>
          <w:lang w:val="he-IL" w:bidi="he-IL"/>
          <w:sz w:val="22"/>
          <w:rtl/>
          <w:szCs w:val="22"/>
        </w:rPr>
        <w:t>2. ב – כתבה</w:t>
      </w:r>
    </w:p>
    <w:p>
      <w:pPr>
        <w:bidi/>
        <w:pStyle w:val="Heading3"/>
        <w:spacing w:after="80"/>
        <w:jc w:val="right"/>
      </w:pPr>
      <w:r>
        <w:rPr>
          <w:rFonts w:ascii="Arial" w:hAnsi="Arial" w:cs="Arial" w:eastAsia="Arial"/>
          <w:lang w:val="he-IL" w:bidi="he-IL"/>
          <w:b/>
          <w:color w:val="3182CE"/>
          <w:sz w:val="26"/>
          <w:rtl/>
          <w:szCs w:val="26"/>
          <w:bCs/>
        </w:rPr>
        <w:t>חלק ט׳ – פרק 3 · מבנה הטקסט וזיהוי סוגה – הבנה ראשונית ב</w:t>
      </w:r>
    </w:p>
    <w:p>
      <w:pPr>
        <w:bidi/>
        <w:spacing w:after="40"/>
        <w:jc w:val="right"/>
      </w:pPr>
      <w:r>
        <w:rPr>
          <w:rFonts w:ascii="Arial" w:hAnsi="Arial" w:cs="Arial" w:eastAsia="Arial"/>
          <w:lang w:val="he-IL" w:bidi="he-IL"/>
          <w:sz w:val="22"/>
          <w:rtl/>
          <w:szCs w:val="22"/>
        </w:rPr>
        <w:t>1. נכון – כך מתואר בפתיחת הכתבה</w:t>
      </w:r>
    </w:p>
    <w:p>
      <w:pPr>
        <w:bidi/>
        <w:spacing w:after="40"/>
        <w:jc w:val="right"/>
      </w:pPr>
      <w:r>
        <w:rPr>
          <w:rFonts w:ascii="Arial" w:hAnsi="Arial" w:cs="Arial" w:eastAsia="Arial"/>
          <w:lang w:val="he-IL" w:bidi="he-IL"/>
          <w:sz w:val="22"/>
          <w:rtl/>
          <w:szCs w:val="22"/>
        </w:rPr>
        <w:t>2. לא נכון – זוהי כתבה עיתונאית הכתובה בפרוזה, לא שיר</w:t>
      </w:r>
    </w:p>
    <w:p>
      <w:pPr>
        <w:bidi/>
        <w:pStyle w:val="Heading3"/>
        <w:spacing w:after="80"/>
        <w:jc w:val="right"/>
      </w:pPr>
      <w:r>
        <w:rPr>
          <w:rFonts w:ascii="Arial" w:hAnsi="Arial" w:cs="Arial" w:eastAsia="Arial"/>
          <w:lang w:val="he-IL" w:bidi="he-IL"/>
          <w:b/>
          <w:color w:val="38A169"/>
          <w:sz w:val="26"/>
          <w:rtl/>
          <w:szCs w:val="26"/>
          <w:bCs/>
        </w:rPr>
        <w:t>חלק י׳ – פרק 3 · מבנה הטקסט וזיהוי סוגה – הבנה ראשונית ג</w:t>
      </w:r>
    </w:p>
    <w:p>
      <w:pPr>
        <w:bidi/>
        <w:spacing w:after="40"/>
        <w:jc w:val="right"/>
      </w:pPr>
      <w:r>
        <w:rPr>
          <w:rFonts w:ascii="Arial" w:hAnsi="Arial" w:cs="Arial" w:eastAsia="Arial"/>
          <w:lang w:val="he-IL" w:bidi="he-IL"/>
          <w:sz w:val="22"/>
          <w:rtl/>
          <w:szCs w:val="22"/>
        </w:rPr>
        <w:t>1. כתבה</w:t>
      </w:r>
    </w:p>
    <w:p>
      <w:pPr>
        <w:bidi/>
        <w:pStyle w:val="Heading3"/>
        <w:spacing w:after="80"/>
        <w:jc w:val="right"/>
      </w:pPr>
      <w:r>
        <w:rPr>
          <w:rFonts w:ascii="Arial" w:hAnsi="Arial" w:cs="Arial" w:eastAsia="Arial"/>
          <w:lang w:val="he-IL" w:bidi="he-IL"/>
          <w:b/>
          <w:color w:val="805AD5"/>
          <w:sz w:val="26"/>
          <w:rtl/>
          <w:szCs w:val="26"/>
          <w:bCs/>
        </w:rPr>
        <w:t>חלק י״א – פרק 4 · לשון: מורפולוגיה (שורש, משקל, סמיכות ונטייה) – שורש ומשקל במילים מהכתבה</w:t>
      </w:r>
    </w:p>
    <w:p>
      <w:pPr>
        <w:bidi/>
        <w:spacing w:after="40"/>
        <w:jc w:val="right"/>
      </w:pPr>
      <w:r>
        <w:rPr>
          <w:rFonts w:ascii="Arial" w:hAnsi="Arial" w:cs="Arial" w:eastAsia="Arial"/>
          <w:lang w:val="he-IL" w:bidi="he-IL"/>
          <w:sz w:val="22"/>
          <w:rtl/>
          <w:szCs w:val="22"/>
        </w:rPr>
        <w:t>1. א – ס.פ.ר</w:t>
      </w:r>
    </w:p>
    <w:p>
      <w:pPr>
        <w:bidi/>
        <w:spacing w:after="40"/>
        <w:jc w:val="right"/>
      </w:pPr>
      <w:r>
        <w:rPr>
          <w:rFonts w:ascii="Arial" w:hAnsi="Arial" w:cs="Arial" w:eastAsia="Arial"/>
          <w:lang w:val="he-IL" w:bidi="he-IL"/>
          <w:sz w:val="22"/>
          <w:rtl/>
          <w:szCs w:val="22"/>
        </w:rPr>
        <w:t>2. א – ל.מ.ד</w:t>
      </w:r>
    </w:p>
    <w:p>
      <w:pPr>
        <w:bidi/>
        <w:spacing w:after="40"/>
        <w:jc w:val="right"/>
      </w:pPr>
      <w:r>
        <w:rPr>
          <w:rFonts w:ascii="Arial" w:hAnsi="Arial" w:cs="Arial" w:eastAsia="Arial"/>
          <w:lang w:val="he-IL" w:bidi="he-IL"/>
          <w:sz w:val="22"/>
          <w:rtl/>
          <w:szCs w:val="22"/>
        </w:rPr>
        <w:t>3. ד – הפעיל</w:t>
      </w:r>
    </w:p>
    <w:p>
      <w:pPr>
        <w:bidi/>
        <w:pStyle w:val="Heading3"/>
        <w:spacing w:after="80"/>
        <w:jc w:val="right"/>
      </w:pPr>
      <w:r>
        <w:rPr>
          <w:rFonts w:ascii="Arial" w:hAnsi="Arial" w:cs="Arial" w:eastAsia="Arial"/>
          <w:lang w:val="he-IL" w:bidi="he-IL"/>
          <w:b/>
          <w:color w:val="D53F8C"/>
          <w:sz w:val="26"/>
          <w:rtl/>
          <w:szCs w:val="26"/>
          <w:bCs/>
        </w:rPr>
        <w:t>חלק י״ב – פרק 4 · לשון: מורפולוגיה (שורש, משקל, סמיכות ונטייה) – סמיכות ושייכות במילה אחת</w:t>
      </w:r>
    </w:p>
    <w:p>
      <w:pPr>
        <w:bidi/>
        <w:spacing w:after="40"/>
        <w:jc w:val="right"/>
      </w:pPr>
      <w:r>
        <w:rPr>
          <w:rFonts w:ascii="Arial" w:hAnsi="Arial" w:cs="Arial" w:eastAsia="Arial"/>
          <w:lang w:val="he-IL" w:bidi="he-IL"/>
          <w:sz w:val="22"/>
          <w:rtl/>
          <w:szCs w:val="22"/>
        </w:rPr>
        <w:t>1. תחנת</w:t>
      </w:r>
    </w:p>
    <w:p>
      <w:pPr>
        <w:bidi/>
        <w:spacing w:after="40"/>
        <w:jc w:val="right"/>
      </w:pPr>
      <w:r>
        <w:rPr>
          <w:rFonts w:ascii="Arial" w:hAnsi="Arial" w:cs="Arial" w:eastAsia="Arial"/>
          <w:lang w:val="he-IL" w:bidi="he-IL"/>
          <w:sz w:val="22"/>
          <w:rtl/>
          <w:szCs w:val="22"/>
        </w:rPr>
        <w:t>2. מדף עץ</w:t>
      </w:r>
    </w:p>
    <w:p>
      <w:pPr>
        <w:bidi/>
        <w:spacing w:after="40"/>
        <w:jc w:val="right"/>
      </w:pPr>
      <w:r>
        <w:rPr>
          <w:rFonts w:ascii="Arial" w:hAnsi="Arial" w:cs="Arial" w:eastAsia="Arial"/>
          <w:lang w:val="he-IL" w:bidi="he-IL"/>
          <w:sz w:val="22"/>
          <w:rtl/>
          <w:szCs w:val="22"/>
        </w:rPr>
        <w:t>3. סמיכות</w:t>
      </w:r>
    </w:p>
    <w:p>
      <w:pPr>
        <w:bidi/>
        <w:spacing w:after="40"/>
        <w:jc w:val="right"/>
      </w:pPr>
      <w:r>
        <w:rPr>
          <w:rFonts w:ascii="Arial" w:hAnsi="Arial" w:cs="Arial" w:eastAsia="Arial"/>
          <w:lang w:val="he-IL" w:bidi="he-IL"/>
          <w:sz w:val="22"/>
          <w:rtl/>
          <w:szCs w:val="22"/>
        </w:rPr>
        <w:t>4. מחברתם</w:t>
      </w:r>
    </w:p>
    <w:p>
      <w:pPr>
        <w:bidi/>
        <w:pStyle w:val="Heading3"/>
        <w:spacing w:after="80"/>
        <w:jc w:val="right"/>
      </w:pPr>
      <w:r>
        <w:rPr>
          <w:rFonts w:ascii="Arial" w:hAnsi="Arial" w:cs="Arial" w:eastAsia="Arial"/>
          <w:lang w:val="he-IL" w:bidi="he-IL"/>
          <w:b/>
          <w:color w:val="E53E3E"/>
          <w:sz w:val="26"/>
          <w:rtl/>
          <w:szCs w:val="26"/>
          <w:bCs/>
        </w:rPr>
        <w:t>חלק י״ג – פרק 4 · לשון: מורפולוגיה (שורש, משקל, סמיכות ונטייה) – רבים ונטיית פעלים בזמנים</w:t>
      </w:r>
    </w:p>
    <w:p>
      <w:pPr>
        <w:bidi/>
        <w:spacing w:after="40"/>
        <w:jc w:val="right"/>
      </w:pPr>
      <w:r>
        <w:rPr>
          <w:rFonts w:ascii="Arial" w:hAnsi="Arial" w:cs="Arial" w:eastAsia="Arial"/>
          <w:lang w:val="he-IL" w:bidi="he-IL"/>
          <w:sz w:val="22"/>
          <w:rtl/>
          <w:szCs w:val="22"/>
        </w:rPr>
        <w:t>1. מדפים</w:t>
      </w:r>
    </w:p>
    <w:p>
      <w:pPr>
        <w:bidi/>
        <w:spacing w:after="40"/>
        <w:jc w:val="right"/>
      </w:pPr>
      <w:r>
        <w:rPr>
          <w:rFonts w:ascii="Arial" w:hAnsi="Arial" w:cs="Arial" w:eastAsia="Arial"/>
          <w:lang w:val="he-IL" w:bidi="he-IL"/>
          <w:sz w:val="22"/>
          <w:rtl/>
          <w:szCs w:val="22"/>
        </w:rPr>
        <w:t>2. פתקים</w:t>
      </w:r>
    </w:p>
    <w:p>
      <w:pPr>
        <w:bidi/>
        <w:spacing w:after="40"/>
        <w:jc w:val="right"/>
      </w:pPr>
      <w:r>
        <w:rPr>
          <w:rFonts w:ascii="Arial" w:hAnsi="Arial" w:cs="Arial" w:eastAsia="Arial"/>
          <w:lang w:val="he-IL" w:bidi="he-IL"/>
          <w:sz w:val="22"/>
          <w:rtl/>
          <w:szCs w:val="22"/>
        </w:rPr>
        <w:t>3. עבר: חיכתה. הווה: מחכה. עתיד: תחכה.</w:t>
      </w:r>
    </w:p>
    <w:p>
      <w:pPr>
        <w:bidi/>
        <w:spacing w:after="40"/>
        <w:jc w:val="right"/>
      </w:pPr>
      <w:r>
        <w:rPr>
          <w:rFonts w:ascii="Arial" w:hAnsi="Arial" w:cs="Arial" w:eastAsia="Arial"/>
          <w:lang w:val="he-IL" w:bidi="he-IL"/>
          <w:sz w:val="22"/>
          <w:rtl/>
          <w:szCs w:val="22"/>
        </w:rPr>
        <w:t>4. עבר: הוסיפה. הווה: מוסיפה. עתיד: תוסיף.</w:t>
      </w:r>
    </w:p>
    <w:p>
      <w:pPr>
        <w:bidi/>
        <w:pStyle w:val="Heading3"/>
        <w:spacing w:after="80"/>
        <w:jc w:val="right"/>
      </w:pPr>
      <w:r>
        <w:rPr>
          <w:rFonts w:ascii="Arial" w:hAnsi="Arial" w:cs="Arial" w:eastAsia="Arial"/>
          <w:lang w:val="he-IL" w:bidi="he-IL"/>
          <w:b/>
          <w:color w:val="DD6B20"/>
          <w:sz w:val="26"/>
          <w:rtl/>
          <w:szCs w:val="26"/>
          <w:bCs/>
        </w:rPr>
        <w:t>חלק י״ד – פרק 5 · אוצר מילים, טיעון וראיה – התאמת מילים מהמילון הקטן</w:t>
      </w:r>
    </w:p>
    <w:p>
      <w:pPr>
        <w:bidi/>
        <w:spacing w:after="40"/>
        <w:jc w:val="right"/>
      </w:pPr>
      <w:r>
        <w:rPr>
          <w:rFonts w:ascii="Arial" w:hAnsi="Arial" w:cs="Arial" w:eastAsia="Arial"/>
          <w:lang w:val="he-IL" w:bidi="he-IL"/>
          <w:sz w:val="22"/>
          <w:rtl/>
          <w:szCs w:val="22"/>
        </w:rPr>
        <w:t>1 – ב (חשבה על רעיון חדש)</w:t>
      </w:r>
    </w:p>
    <w:p>
      <w:pPr>
        <w:bidi/>
        <w:spacing w:after="40"/>
        <w:jc w:val="right"/>
      </w:pPr>
      <w:r>
        <w:rPr>
          <w:rFonts w:ascii="Arial" w:hAnsi="Arial" w:cs="Arial" w:eastAsia="Arial"/>
          <w:lang w:val="he-IL" w:bidi="he-IL"/>
          <w:sz w:val="22"/>
          <w:rtl/>
          <w:szCs w:val="22"/>
        </w:rPr>
        <w:t>2 – א (הפסיקה לקוות)</w:t>
      </w:r>
    </w:p>
    <w:p>
      <w:pPr>
        <w:bidi/>
        <w:spacing w:after="40"/>
        <w:jc w:val="right"/>
      </w:pPr>
      <w:r>
        <w:rPr>
          <w:rFonts w:ascii="Arial" w:hAnsi="Arial" w:cs="Arial" w:eastAsia="Arial"/>
          <w:lang w:val="he-IL" w:bidi="he-IL"/>
          <w:sz w:val="22"/>
          <w:rtl/>
          <w:szCs w:val="22"/>
        </w:rPr>
        <w:t>3 – ד (גג קטן שמגן מגשם)</w:t>
      </w:r>
    </w:p>
    <w:p>
      <w:pPr>
        <w:bidi/>
        <w:spacing w:after="40"/>
        <w:jc w:val="right"/>
      </w:pPr>
      <w:r>
        <w:rPr>
          <w:rFonts w:ascii="Arial" w:hAnsi="Arial" w:cs="Arial" w:eastAsia="Arial"/>
          <w:lang w:val="he-IL" w:bidi="he-IL"/>
          <w:sz w:val="22"/>
          <w:rtl/>
          <w:szCs w:val="22"/>
        </w:rPr>
        <w:t>4 – ה (נהיה ריק)</w:t>
      </w:r>
    </w:p>
    <w:p>
      <w:pPr>
        <w:bidi/>
        <w:spacing w:after="40"/>
        <w:jc w:val="right"/>
      </w:pPr>
      <w:r>
        <w:rPr>
          <w:rFonts w:ascii="Arial" w:hAnsi="Arial" w:cs="Arial" w:eastAsia="Arial"/>
          <w:lang w:val="he-IL" w:bidi="he-IL"/>
          <w:sz w:val="22"/>
          <w:rtl/>
          <w:szCs w:val="22"/>
        </w:rPr>
        <w:t>5 – ג (אנשים שנוסעים כל יום באותו קו אוטובוס)</w:t>
      </w:r>
    </w:p>
    <w:p>
      <w:pPr>
        <w:bidi/>
        <w:pStyle w:val="Heading3"/>
        <w:spacing w:after="80"/>
        <w:jc w:val="right"/>
      </w:pPr>
      <w:r>
        <w:rPr>
          <w:rFonts w:ascii="Arial" w:hAnsi="Arial" w:cs="Arial" w:eastAsia="Arial"/>
          <w:lang w:val="he-IL" w:bidi="he-IL"/>
          <w:b/>
          <w:color w:val="3182CE"/>
          <w:sz w:val="26"/>
          <w:rtl/>
          <w:szCs w:val="26"/>
          <w:bCs/>
        </w:rPr>
        <w:t>חלק ט״ו – פרק 5 · אוצר מילים, טיעון וראיה – מילים במשפט חדש</w:t>
      </w:r>
    </w:p>
    <w:p>
      <w:pPr>
        <w:bidi/>
        <w:spacing w:after="40"/>
        <w:jc w:val="right"/>
      </w:pPr>
      <w:r>
        <w:rPr>
          <w:rFonts w:ascii="Arial" w:hAnsi="Arial" w:cs="Arial" w:eastAsia="Arial"/>
          <w:lang w:val="he-IL" w:bidi="he-IL"/>
          <w:sz w:val="22"/>
          <w:rtl/>
          <w:szCs w:val="22"/>
        </w:rPr>
        <w:t>1. א – הגתה</w:t>
      </w:r>
    </w:p>
    <w:p>
      <w:pPr>
        <w:bidi/>
        <w:spacing w:after="40"/>
        <w:jc w:val="right"/>
      </w:pPr>
      <w:r>
        <w:rPr>
          <w:rFonts w:ascii="Arial" w:hAnsi="Arial" w:cs="Arial" w:eastAsia="Arial"/>
          <w:lang w:val="he-IL" w:bidi="he-IL"/>
          <w:sz w:val="22"/>
          <w:rtl/>
          <w:szCs w:val="22"/>
        </w:rPr>
        <w:t>2. ב – התייאשה</w:t>
      </w:r>
    </w:p>
    <w:p>
      <w:pPr>
        <w:bidi/>
        <w:spacing w:after="40"/>
        <w:jc w:val="right"/>
      </w:pPr>
      <w:r>
        <w:rPr>
          <w:rFonts w:ascii="Arial" w:hAnsi="Arial" w:cs="Arial" w:eastAsia="Arial"/>
          <w:lang w:val="he-IL" w:bidi="he-IL"/>
          <w:sz w:val="22"/>
          <w:rtl/>
          <w:szCs w:val="22"/>
        </w:rPr>
        <w:t>3. א – גגון</w:t>
      </w:r>
    </w:p>
    <w:p>
      <w:pPr>
        <w:bidi/>
        <w:spacing w:after="40"/>
        <w:jc w:val="right"/>
      </w:pPr>
      <w:r>
        <w:rPr>
          <w:rFonts w:ascii="Arial" w:hAnsi="Arial" w:cs="Arial" w:eastAsia="Arial"/>
          <w:lang w:val="he-IL" w:bidi="he-IL"/>
          <w:sz w:val="22"/>
          <w:rtl/>
          <w:szCs w:val="22"/>
        </w:rPr>
        <w:t>4. ב – בשבוע השני הגיעו שבעה ספרים חדשים</w:t>
      </w:r>
    </w:p>
    <w:p>
      <w:pPr>
        <w:bidi/>
        <w:spacing w:after="40"/>
        <w:jc w:val="right"/>
      </w:pPr>
      <w:r>
        <w:rPr>
          <w:rFonts w:ascii="Arial" w:hAnsi="Arial" w:cs="Arial" w:eastAsia="Arial"/>
          <w:lang w:val="he-IL" w:bidi="he-IL"/>
          <w:sz w:val="22"/>
          <w:rtl/>
          <w:szCs w:val="22"/>
        </w:rPr>
        <w:t>5. ב – שאנשים ממשיכים לקחת ולהביא ספרים כל הזמן</w:t>
      </w:r>
    </w:p>
    <w:p>
      <w:pPr>
        <w:bidi/>
        <w:pStyle w:val="Heading3"/>
        <w:spacing w:after="80"/>
        <w:jc w:val="right"/>
      </w:pPr>
      <w:r>
        <w:rPr>
          <w:rFonts w:ascii="Arial" w:hAnsi="Arial" w:cs="Arial" w:eastAsia="Arial"/>
          <w:lang w:val="he-IL" w:bidi="he-IL"/>
          <w:b/>
          <w:color w:val="38A169"/>
          <w:sz w:val="26"/>
          <w:rtl/>
          <w:szCs w:val="26"/>
          <w:bCs/>
        </w:rPr>
        <w:t>חלק ט״ז – פרק 5 · אוצר מילים, טיעון וראיה – טענה ושתי ראיות</w:t>
      </w:r>
    </w:p>
    <w:p>
      <w:pPr>
        <w:bidi/>
        <w:spacing w:after="40"/>
        <w:jc w:val="right"/>
      </w:pPr>
      <w:r>
        <w:rPr>
          <w:rFonts w:ascii="Arial" w:hAnsi="Arial" w:cs="Arial" w:eastAsia="Arial"/>
          <w:lang w:val="he-IL" w:bidi="he-IL"/>
          <w:sz w:val="22"/>
          <w:rtl/>
          <w:szCs w:val="22"/>
        </w:rPr>
        <w:t>1. הפסיקה לקוות או להאמין שהרעיון יצליח</w:t>
      </w:r>
    </w:p>
    <w:p>
      <w:pPr>
        <w:bidi/>
        <w:spacing w:after="40"/>
        <w:jc w:val="right"/>
      </w:pPr>
      <w:r>
        <w:rPr>
          <w:rFonts w:ascii="Arial" w:hAnsi="Arial" w:cs="Arial" w:eastAsia="Arial"/>
          <w:lang w:val="he-IL" w:bidi="he-IL"/>
          <w:sz w:val="22"/>
          <w:rtl/>
          <w:szCs w:val="22"/>
        </w:rPr>
        <w:t>2. טענה ברורה וממוקדת הקשורה לתוכן הכתבה</w:t>
      </w:r>
    </w:p>
    <w:p>
      <w:pPr>
        <w:bidi/>
        <w:spacing w:after="40"/>
        <w:jc w:val="right"/>
      </w:pPr>
      <w:r>
        <w:rPr>
          <w:rFonts w:ascii="Arial" w:hAnsi="Arial" w:cs="Arial" w:eastAsia="Arial"/>
          <w:lang w:val="he-IL" w:bidi="he-IL"/>
          <w:sz w:val="22"/>
          <w:rtl/>
          <w:szCs w:val="22"/>
        </w:rPr>
        <w:t>3. שתי ראיות מדויקות מהטקסט, למשל: בשבוע השני הגיעו שבעה ספרים חדשים, ורינה הוסיפה גגון להגנה</w:t>
      </w:r>
    </w:p>
    <w:p>
      <w:pPr>
        <w:bidi/>
        <w:spacing w:after="40"/>
        <w:jc w:val="right"/>
      </w:pPr>
      <w:r>
        <w:rPr>
          <w:rFonts w:ascii="Arial" w:hAnsi="Arial" w:cs="Arial" w:eastAsia="Arial"/>
          <w:lang w:val="he-IL" w:bidi="he-IL"/>
          <w:sz w:val="22"/>
          <w:rtl/>
          <w:szCs w:val="22"/>
        </w:rPr>
        <w:t>4. ראיה אפשרית: בתחילה איש לא נגע בספרים והם עמדו מכוסים באבק</w:t>
      </w:r>
    </w:p>
    <w:p>
      <w:pPr>
        <w:bidi/>
        <w:pStyle w:val="Heading3"/>
        <w:spacing w:after="80"/>
        <w:jc w:val="right"/>
      </w:pPr>
      <w:r>
        <w:rPr>
          <w:rFonts w:ascii="Arial" w:hAnsi="Arial" w:cs="Arial" w:eastAsia="Arial"/>
          <w:lang w:val="he-IL" w:bidi="he-IL"/>
          <w:b/>
          <w:color w:val="805AD5"/>
          <w:sz w:val="26"/>
          <w:rtl/>
          <w:szCs w:val="26"/>
          <w:bCs/>
        </w:rPr>
        <w:t>חלק י״ז – פרק 6 · יצירה: כתיבה בעקבות הטקסט – הכרת הטקסט לפני הכתיבה</w:t>
      </w:r>
    </w:p>
    <w:p>
      <w:pPr>
        <w:bidi/>
        <w:spacing w:after="40"/>
        <w:jc w:val="right"/>
      </w:pPr>
      <w:r>
        <w:rPr>
          <w:rFonts w:ascii="Arial" w:hAnsi="Arial" w:cs="Arial" w:eastAsia="Arial"/>
          <w:lang w:val="he-IL" w:bidi="he-IL"/>
          <w:sz w:val="22"/>
          <w:rtl/>
          <w:szCs w:val="22"/>
        </w:rPr>
        <w:t>1. א – תמר, תלמידת כיתה ח׳</w:t>
      </w:r>
    </w:p>
    <w:p>
      <w:pPr>
        <w:bidi/>
        <w:spacing w:after="40"/>
        <w:jc w:val="right"/>
      </w:pPr>
      <w:r>
        <w:rPr>
          <w:rFonts w:ascii="Arial" w:hAnsi="Arial" w:cs="Arial" w:eastAsia="Arial"/>
          <w:lang w:val="he-IL" w:bidi="he-IL"/>
          <w:sz w:val="22"/>
          <w:rtl/>
          <w:szCs w:val="22"/>
        </w:rPr>
        <w:t>2. א – כתבה</w:t>
      </w:r>
    </w:p>
    <w:p>
      <w:pPr>
        <w:bidi/>
        <w:pStyle w:val="Heading3"/>
        <w:spacing w:after="80"/>
        <w:jc w:val="right"/>
      </w:pPr>
      <w:r>
        <w:rPr>
          <w:rFonts w:ascii="Arial" w:hAnsi="Arial" w:cs="Arial" w:eastAsia="Arial"/>
          <w:lang w:val="he-IL" w:bidi="he-IL"/>
          <w:b/>
          <w:color w:val="D53F8C"/>
          <w:sz w:val="26"/>
          <w:rtl/>
          <w:szCs w:val="26"/>
          <w:bCs/>
        </w:rPr>
        <w:t>חלק י״ח – פרק 6 · יצירה: כתיבה בעקבות הטקסט – הכרת הטקסט לפני הכתיבה</w:t>
      </w:r>
    </w:p>
    <w:p>
      <w:pPr>
        <w:bidi/>
        <w:spacing w:after="40"/>
        <w:jc w:val="right"/>
      </w:pPr>
      <w:r>
        <w:rPr>
          <w:rFonts w:ascii="Arial" w:hAnsi="Arial" w:cs="Arial" w:eastAsia="Arial"/>
          <w:lang w:val="he-IL" w:bidi="he-IL"/>
          <w:sz w:val="22"/>
          <w:rtl/>
          <w:szCs w:val="22"/>
        </w:rPr>
        <w:t>1. נכון – כך מתואר בטקסט: שלושה ספרים נעלמו ולא חזר אף אחד</w:t>
      </w:r>
    </w:p>
    <w:p>
      <w:pPr>
        <w:bidi/>
        <w:spacing w:after="40"/>
        <w:jc w:val="right"/>
      </w:pPr>
      <w:r>
        <w:rPr>
          <w:rFonts w:ascii="Arial" w:hAnsi="Arial" w:cs="Arial" w:eastAsia="Arial"/>
          <w:lang w:val="he-IL" w:bidi="he-IL"/>
          <w:sz w:val="22"/>
          <w:rtl/>
          <w:szCs w:val="22"/>
        </w:rPr>
        <w:t>2. לא נכון – את הרעיון הגתה תמר; רינה הוסיפה גגון מפח למדף</w:t>
      </w:r>
    </w:p>
    <w:p>
      <w:pPr>
        <w:bidi/>
        <w:pStyle w:val="Heading3"/>
        <w:spacing w:after="80"/>
        <w:jc w:val="right"/>
      </w:pPr>
      <w:r>
        <w:rPr>
          <w:rFonts w:ascii="Arial" w:hAnsi="Arial" w:cs="Arial" w:eastAsia="Arial"/>
          <w:lang w:val="he-IL" w:bidi="he-IL"/>
          <w:b/>
          <w:color w:val="E53E3E"/>
          <w:sz w:val="26"/>
          <w:rtl/>
          <w:szCs w:val="26"/>
          <w:bCs/>
        </w:rPr>
        <w:t>חלק י״ט – פרק 6 · יצירה: כתיבה בעקבות הטקסט – הכרת הטקסט לפני הכתיבה</w:t>
      </w:r>
    </w:p>
    <w:p>
      <w:pPr>
        <w:bidi/>
        <w:spacing w:after="40"/>
        <w:jc w:val="right"/>
      </w:pPr>
      <w:r>
        <w:rPr>
          <w:rFonts w:ascii="Arial" w:hAnsi="Arial" w:cs="Arial" w:eastAsia="Arial"/>
          <w:lang w:val="he-IL" w:bidi="he-IL"/>
          <w:sz w:val="22"/>
          <w:rtl/>
          <w:szCs w:val="22"/>
        </w:rPr>
        <w:t>1. המתנה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יש ציון שורה או משפט מהטקסט ליד כל תשובה, לא רק ניחוש כללי</w:t>
      </w:r>
    </w:p>
    <w:p>
      <w:pPr>
        <w:bidi/>
        <w:spacing w:after="80"/>
        <w:jc w:val="right"/>
      </w:pPr>
      <w:r>
        <w:rPr>
          <w:rFonts w:ascii="Arial" w:hAnsi="Arial" w:cs="Arial" w:eastAsia="Arial"/>
          <w:lang w:val="he-IL" w:bidi="he-IL"/>
          <w:sz w:val="22"/>
          <w:rtl/>
          <w:szCs w:val="22"/>
        </w:rPr>
        <w:t>• השורש מורכב משלוש אותיות עיצור נכונות והמשקל תואם את צורת המילה בפועל</w:t>
      </w:r>
    </w:p>
    <w:p>
      <w:pPr>
        <w:bidi/>
        <w:spacing w:after="80"/>
        <w:jc w:val="right"/>
      </w:pPr>
      <w:r>
        <w:rPr>
          <w:rFonts w:ascii="Arial" w:hAnsi="Arial" w:cs="Arial" w:eastAsia="Arial"/>
          <w:lang w:val="he-IL" w:bidi="he-IL"/>
          <w:sz w:val="22"/>
          <w:rtl/>
          <w:szCs w:val="22"/>
        </w:rPr>
        <w:t>• הטקסט החדש שומר על אורך משפטים, טון ואוצר מילים דומים למקור, ומתאים לסוגה שנבחרה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לפרוס את החוברת על פני שלושה עד ארבעה שיעורים: פרק בכל שיעור, עם קריאה חוזרת של הטקסט בכל פעם</w:t>
      </w:r>
    </w:p>
    <w:p>
      <w:pPr>
        <w:bidi/>
        <w:spacing w:after="80"/>
        <w:jc w:val="right"/>
      </w:pPr>
      <w:r>
        <w:rPr>
          <w:rFonts w:ascii="Arial" w:hAnsi="Arial" w:cs="Arial" w:eastAsia="Arial"/>
          <w:lang w:val="he-IL" w:bidi="he-IL"/>
          <w:sz w:val="22"/>
          <w:rtl/>
          <w:szCs w:val="22"/>
        </w:rPr>
        <w:t>• לתלמידים חזקים אפשר להוסיף את משימת 'בעוד עשר שנים' או 'הנחה סמויה' מרמת חט״ע כהעשרה</w:t>
      </w:r>
    </w:p>
    <w:p>
      <w:pPr>
        <w:bidi/>
        <w:spacing w:after="80"/>
        <w:jc w:val="right"/>
      </w:pPr>
      <w:r>
        <w:rPr>
          <w:rFonts w:ascii="Arial" w:hAnsi="Arial" w:cs="Arial" w:eastAsia="Arial"/>
          <w:lang w:val="he-IL" w:bidi="he-IL"/>
          <w:sz w:val="22"/>
          <w:rtl/>
          <w:szCs w:val="22"/>
        </w:rPr>
        <w:t>• לתלמידים שמתקשים אפשר לצמצם את פרק הלשון למשימה אחת (למשל רק רבים ונטיית פעלים) ולדלג על סמיכות ושייכות במילה אחת בשלב ראשון</w:t>
      </w:r>
    </w:p>
    <w:p>
      <w:pPr>
        <w:bidi/>
        <w:spacing w:after="80"/>
        <w:jc w:val="right"/>
      </w:pPr>
      <w:r>
        <w:rPr>
          <w:rFonts w:ascii="Arial" w:hAnsi="Arial" w:cs="Arial" w:eastAsia="Arial"/>
          <w:lang w:val="he-IL" w:bidi="he-IL"/>
          <w:sz w:val="22"/>
          <w:rtl/>
          <w:szCs w:val="22"/>
        </w:rPr>
        <w:t>• מומלץ לשלב את הפרקים עם דרכי הפעלה מגוונות כמו לוח בחירה 3×3 או עבודה בזוגות, כדי לשמור על מוטיבציה לאורך כל החוברת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כרטיסיות משימה לכל טקסט</w:t>
            </w:r>
          </w:p>
          <w:p>
            <w:pPr>
              <w:bidi/>
              <w:jc w:val="right"/>
            </w:pPr>
            <w:r>
              <w:rPr>
                <w:rFonts w:ascii="Arial" w:hAnsi="Arial" w:cs="Arial" w:eastAsia="Arial"/>
                <w:lang w:val="he-IL" w:bidi="he-IL"/>
                <w:b/>
                <w:color w:val="3C1361"/>
                <w:sz w:val="32"/>
                <w:rtl/>
                <w:szCs w:val="32"/>
                <w:bCs/>
              </w:rPr>
              <w:t>חוברת תרגול – כרטיסיות משימה לכל טקסט (חט״ב)</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זו תתרגלו משימות קצרות מתוך שמונה משפחות שונות, בהשראת הכרטיסיות שמלוות כל טקסט שלומדים בכיתה. עבדו פרק אחר פרק, קראו כל הוראה בעיון וכתבו תשובות מלאות במשפטים שלמים. אפשר לחזור לטקסט כמה פעמים כדי למצוא ראיות מדויקות.</w:t>
      </w:r>
    </w:p>
    <w:p>
      <w:pPr>
        <w:bidi/>
        <w:pStyle w:val="Heading2"/>
        <w:spacing w:after="80"/>
        <w:jc w:val="right"/>
      </w:pPr>
      <w:r>
        <w:rPr>
          <w:rFonts w:ascii="Arial" w:hAnsi="Arial" w:cs="Arial" w:eastAsia="Arial"/>
          <w:lang w:val="he-IL" w:bidi="he-IL"/>
          <w:b/>
          <w:color w:val="E53E3E"/>
          <w:sz w:val="28"/>
          <w:rtl/>
          <w:szCs w:val="28"/>
          <w:bCs/>
        </w:rPr>
        <w:t>1  חלק א׳ – פרק 1 · הבנת הנקרא: עובדות, מטרה ותמצות – זיהוי עובדות מהכתבה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את הרעיון למדף הספרים בתחנה הגתה __________, תלמידת כיתה ח׳.</w:t>
      </w:r>
    </w:p>
    <w:p>
      <w:pPr>
        <w:bidi/>
        <w:spacing w:after="80"/>
        <w:jc w:val="right"/>
      </w:pPr>
      <w:r>
        <w:rPr>
          <w:rFonts w:ascii="Arial" w:hAnsi="Arial" w:cs="Arial" w:eastAsia="Arial"/>
          <w:lang w:val="he-IL" w:bidi="he-IL"/>
          <w:sz w:val="24"/>
          <w:rtl/>
          <w:szCs w:val="24"/>
        </w:rPr>
        <w:t>2. בשבוע הראשון נעלמו מהמדף __________ ספרים ולא חזר אף אחד.</w:t>
      </w:r>
    </w:p>
    <w:p>
      <w:pPr>
        <w:bidi/>
        <w:spacing w:after="80"/>
        <w:jc w:val="right"/>
      </w:pPr>
      <w:r>
        <w:rPr>
          <w:rFonts w:ascii="Arial" w:hAnsi="Arial" w:cs="Arial" w:eastAsia="Arial"/>
          <w:lang w:val="he-IL" w:bidi="he-IL"/>
          <w:sz w:val="24"/>
          <w:rtl/>
          <w:szCs w:val="24"/>
        </w:rPr>
        <w:t>3. המדף נמצא בתחנת אוטובוס בכפר הדמיוני __________.</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הבנת הנקרא: עובדות, מטרה ותמצות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נהגת האוטובוס רינה הוסיפה למדף גגון מפח כדי להגן על הספרים מהגשם.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תמר התייאשה לגמרי מהרעיון כבר בשבוע הראשון ולא המשיכה לבדוק את המדף.</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הבנת הנקרא: עובדות, מטרה ותמצות – מטרת הטקסט וראיות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מטרת הכתבה 'הספרייה שבתחנה'?</w:t>
      </w:r>
    </w:p>
    <w:p>
      <w:pPr>
        <w:bidi/>
        <w:spacing w:after="20"/>
        <w:jc w:val="right"/>
      </w:pPr>
      <w:r>
        <w:rPr>
          <w:rFonts w:ascii="Arial" w:hAnsi="Arial" w:cs="Arial" w:eastAsia="Arial"/>
          <w:lang w:val="he-IL" w:bidi="he-IL"/>
          <w:sz w:val="24"/>
          <w:rtl/>
          <w:szCs w:val="24"/>
        </w:rPr>
        <w:t xml:space="preserve">      ☐ א. להסביר תהליך מדעי מסובך</w:t>
      </w:r>
    </w:p>
    <w:p>
      <w:pPr>
        <w:bidi/>
        <w:spacing w:after="20"/>
        <w:jc w:val="right"/>
      </w:pPr>
      <w:r>
        <w:rPr>
          <w:rFonts w:ascii="Arial" w:hAnsi="Arial" w:cs="Arial" w:eastAsia="Arial"/>
          <w:lang w:val="he-IL" w:bidi="he-IL"/>
          <w:sz w:val="24"/>
          <w:rtl/>
          <w:szCs w:val="24"/>
        </w:rPr>
        <w:t xml:space="preserve">      ☐ ב. לספר על יוזמה קהילתית מעניינת שצמחה מרעיון של תלמידה</w:t>
      </w:r>
    </w:p>
    <w:p>
      <w:pPr>
        <w:bidi/>
        <w:spacing w:after="20"/>
        <w:jc w:val="right"/>
      </w:pPr>
      <w:r>
        <w:rPr>
          <w:rFonts w:ascii="Arial" w:hAnsi="Arial" w:cs="Arial" w:eastAsia="Arial"/>
          <w:lang w:val="he-IL" w:bidi="he-IL"/>
          <w:sz w:val="24"/>
          <w:rtl/>
          <w:szCs w:val="24"/>
        </w:rPr>
        <w:t xml:space="preserve">      ☐ ג. לשכנע קוראים לקנות ספרים חדשים</w:t>
      </w:r>
    </w:p>
    <w:p>
      <w:pPr>
        <w:bidi/>
        <w:spacing w:after="20"/>
        <w:jc w:val="right"/>
      </w:pPr>
      <w:r>
        <w:rPr>
          <w:rFonts w:ascii="Arial" w:hAnsi="Arial" w:cs="Arial" w:eastAsia="Arial"/>
          <w:lang w:val="he-IL" w:bidi="he-IL"/>
          <w:sz w:val="24"/>
          <w:rtl/>
          <w:szCs w:val="24"/>
        </w:rPr>
        <w:t xml:space="preserve">      ☐ ד. לבדר באמצעות סיפור דמיוני על חייזרים</w:t>
      </w:r>
    </w:p>
    <w:p>
      <w:pPr>
        <w:bidi/>
        <w:spacing w:after="20"/>
        <w:jc w:val="right"/>
      </w:pPr>
      <w:r>
        <w:rPr>
          <w:rFonts w:ascii="Arial" w:hAnsi="Arial" w:cs="Arial" w:eastAsia="Arial"/>
          <w:lang w:val="he-IL" w:bidi="he-IL"/>
          <w:b/>
          <w:sz w:val="24"/>
          <w:rtl/>
          <w:szCs w:val="24"/>
          <w:bCs/>
        </w:rPr>
        <w:t>2. מי הוסיף למדף הספרים גגון מפח?</w:t>
      </w:r>
    </w:p>
    <w:p>
      <w:pPr>
        <w:bidi/>
        <w:spacing w:after="20"/>
        <w:jc w:val="right"/>
      </w:pPr>
      <w:r>
        <w:rPr>
          <w:rFonts w:ascii="Arial" w:hAnsi="Arial" w:cs="Arial" w:eastAsia="Arial"/>
          <w:lang w:val="he-IL" w:bidi="he-IL"/>
          <w:sz w:val="24"/>
          <w:rtl/>
          <w:szCs w:val="24"/>
        </w:rPr>
        <w:t xml:space="preserve">      ☐ א. תמר</w:t>
      </w:r>
    </w:p>
    <w:p>
      <w:pPr>
        <w:bidi/>
        <w:spacing w:after="20"/>
        <w:jc w:val="right"/>
      </w:pPr>
      <w:r>
        <w:rPr>
          <w:rFonts w:ascii="Arial" w:hAnsi="Arial" w:cs="Arial" w:eastAsia="Arial"/>
          <w:lang w:val="he-IL" w:bidi="he-IL"/>
          <w:sz w:val="24"/>
          <w:rtl/>
          <w:szCs w:val="24"/>
        </w:rPr>
        <w:t xml:space="preserve">      ☐ ב. רינה, נהגת האוטובוס</w:t>
      </w:r>
    </w:p>
    <w:p>
      <w:pPr>
        <w:bidi/>
        <w:spacing w:after="20"/>
        <w:jc w:val="right"/>
      </w:pPr>
      <w:r>
        <w:rPr>
          <w:rFonts w:ascii="Arial" w:hAnsi="Arial" w:cs="Arial" w:eastAsia="Arial"/>
          <w:lang w:val="he-IL" w:bidi="he-IL"/>
          <w:sz w:val="24"/>
          <w:rtl/>
          <w:szCs w:val="24"/>
        </w:rPr>
        <w:t xml:space="preserve">      ☐ ג. מר אליהו</w:t>
      </w:r>
    </w:p>
    <w:p>
      <w:pPr>
        <w:bidi/>
        <w:spacing w:after="20"/>
        <w:jc w:val="right"/>
      </w:pPr>
      <w:r>
        <w:rPr>
          <w:rFonts w:ascii="Arial" w:hAnsi="Arial" w:cs="Arial" w:eastAsia="Arial"/>
          <w:lang w:val="he-IL" w:bidi="he-IL"/>
          <w:sz w:val="24"/>
          <w:rtl/>
          <w:szCs w:val="24"/>
        </w:rPr>
        <w:t xml:space="preserve">      ☐ ד. ילדי הגן</w:t>
      </w:r>
    </w:p>
    <w:p>
      <w:pPr>
        <w:bidi/>
        <w:spacing w:after="20"/>
        <w:jc w:val="right"/>
      </w:pPr>
      <w:r>
        <w:rPr>
          <w:rFonts w:ascii="Arial" w:hAnsi="Arial" w:cs="Arial" w:eastAsia="Arial"/>
          <w:lang w:val="he-IL" w:bidi="he-IL"/>
          <w:b/>
          <w:sz w:val="24"/>
          <w:rtl/>
          <w:szCs w:val="24"/>
          <w:bCs/>
        </w:rPr>
        <w:t>3. באיזה חלק בכתבה מופיעה ראיה לכך שהרעיון של תמר הצליח בסופו של דבר?</w:t>
      </w:r>
    </w:p>
    <w:p>
      <w:pPr>
        <w:bidi/>
        <w:spacing w:after="20"/>
        <w:jc w:val="right"/>
      </w:pPr>
      <w:r>
        <w:rPr>
          <w:rFonts w:ascii="Arial" w:hAnsi="Arial" w:cs="Arial" w:eastAsia="Arial"/>
          <w:lang w:val="he-IL" w:bidi="he-IL"/>
          <w:sz w:val="24"/>
          <w:rtl/>
          <w:szCs w:val="24"/>
        </w:rPr>
        <w:t xml:space="preserve">      ☐ א. בפסקה הראשונה, כשהמדף רק הופיע</w:t>
      </w:r>
    </w:p>
    <w:p>
      <w:pPr>
        <w:bidi/>
        <w:spacing w:after="20"/>
        <w:jc w:val="right"/>
      </w:pPr>
      <w:r>
        <w:rPr>
          <w:rFonts w:ascii="Arial" w:hAnsi="Arial" w:cs="Arial" w:eastAsia="Arial"/>
          <w:lang w:val="he-IL" w:bidi="he-IL"/>
          <w:sz w:val="24"/>
          <w:rtl/>
          <w:szCs w:val="24"/>
        </w:rPr>
        <w:t xml:space="preserve">      ☐ ב. בתיאור השבוע השני, כשהופיעו שבעה ספרים חדשים ופתק תודה</w:t>
      </w:r>
    </w:p>
    <w:p>
      <w:pPr>
        <w:bidi/>
        <w:spacing w:after="20"/>
        <w:jc w:val="right"/>
      </w:pPr>
      <w:r>
        <w:rPr>
          <w:rFonts w:ascii="Arial" w:hAnsi="Arial" w:cs="Arial" w:eastAsia="Arial"/>
          <w:lang w:val="he-IL" w:bidi="he-IL"/>
          <w:sz w:val="24"/>
          <w:rtl/>
          <w:szCs w:val="24"/>
        </w:rPr>
        <w:t xml:space="preserve">      ☐ ג. בכותרת הכתבה</w:t>
      </w:r>
    </w:p>
    <w:p>
      <w:pPr>
        <w:bidi/>
        <w:spacing w:after="20"/>
        <w:jc w:val="right"/>
      </w:pPr>
      <w:r>
        <w:rPr>
          <w:rFonts w:ascii="Arial" w:hAnsi="Arial" w:cs="Arial" w:eastAsia="Arial"/>
          <w:lang w:val="he-IL" w:bidi="he-IL"/>
          <w:sz w:val="24"/>
          <w:rtl/>
          <w:szCs w:val="24"/>
        </w:rPr>
        <w:t xml:space="preserve">      ☐ ד. במילון הקטן בסוף הטקסט</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1 · הבנת הנקרא: עובדות, מטרה ותמצות – מילים מהטקסט</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הגתה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הפסיקה לקוות</w:t>
            </w:r>
          </w:p>
        </w:tc>
      </w:tr>
      <w:tr>
        <w:tc>
          <w:tcPr>
            <w:tcW w:type="dxa" w:w="3969"/>
          </w:tcPr>
          <w:p>
            <w:pPr>
              <w:bidi/>
              <w:jc w:val="right"/>
            </w:pPr>
            <w:r>
              <w:rPr>
                <w:rFonts w:ascii="Arial" w:hAnsi="Arial" w:cs="Arial" w:eastAsia="Arial"/>
                <w:lang w:val="he-IL" w:bidi="he-IL"/>
                <w:sz w:val="24"/>
                <w:rtl/>
                <w:szCs w:val="24"/>
              </w:rPr>
              <w:t>2. התייאשה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גג קטן שמגן מגשם</w:t>
            </w:r>
          </w:p>
        </w:tc>
      </w:tr>
      <w:tr>
        <w:tc>
          <w:tcPr>
            <w:tcW w:type="dxa" w:w="3969"/>
          </w:tcPr>
          <w:p>
            <w:pPr>
              <w:bidi/>
              <w:jc w:val="right"/>
            </w:pPr>
            <w:r>
              <w:rPr>
                <w:rFonts w:ascii="Arial" w:hAnsi="Arial" w:cs="Arial" w:eastAsia="Arial"/>
                <w:lang w:val="he-IL" w:bidi="he-IL"/>
                <w:sz w:val="24"/>
                <w:rtl/>
                <w:szCs w:val="24"/>
              </w:rPr>
              <w:t>3. גגון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הגוף שמנהל את ענייני הכפר</w:t>
            </w:r>
          </w:p>
        </w:tc>
      </w:tr>
      <w:tr>
        <w:tc>
          <w:tcPr>
            <w:tcW w:type="dxa" w:w="3969"/>
          </w:tcPr>
          <w:p>
            <w:pPr>
              <w:bidi/>
              <w:jc w:val="right"/>
            </w:pPr>
            <w:r>
              <w:rPr>
                <w:rFonts w:ascii="Arial" w:hAnsi="Arial" w:cs="Arial" w:eastAsia="Arial"/>
                <w:lang w:val="he-IL" w:bidi="he-IL"/>
                <w:sz w:val="24"/>
                <w:rtl/>
                <w:szCs w:val="24"/>
              </w:rPr>
              <w:t>4. המועצה המקומית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חשבה רעיון חדש</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חשיבה מסדר גבוה: הסקה ונקודת מבט – מה כתוב בטקסט?</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תמר היא זו שהציעה את רעיון מדף הספרים בתחנה, אחרי ששמה לב שהנוסעים משתעממים.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בשבוע הראשון שבו הוצב המדף, כל הספרים שנלקחו חזרו אליו.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רינה, נהגת האוטובוס, הוסיפה למדף גגון מפח כדי להגן על הספרים מפני הגשם.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תלמידי כיתה ה׳ הכינו לוח שלטים צבעוני עם שמות הספרים.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חשיבה מסדר גבוה: הסקה ונקודת מבט – משלימים ומסיקים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תמר שמה לב שרוב הנוסעים באוטובוס מביטים במסך ו__________.</w:t>
      </w:r>
    </w:p>
    <w:p>
      <w:pPr>
        <w:bidi/>
        <w:spacing w:after="80"/>
        <w:jc w:val="right"/>
      </w:pPr>
      <w:r>
        <w:rPr>
          <w:rFonts w:ascii="Arial" w:hAnsi="Arial" w:cs="Arial" w:eastAsia="Arial"/>
          <w:lang w:val="he-IL" w:bidi="he-IL"/>
          <w:sz w:val="24"/>
          <w:rtl/>
          <w:szCs w:val="24"/>
        </w:rPr>
        <w:t>2. בתוך אחד הספרים שהוחזרו נמצא __________ ובו תודה לתמר.</w:t>
      </w:r>
    </w:p>
    <w:p>
      <w:pPr>
        <w:bidi/>
        <w:spacing w:after="80"/>
        <w:jc w:val="right"/>
      </w:pPr>
      <w:r>
        <w:rPr>
          <w:rFonts w:ascii="Arial" w:hAnsi="Arial" w:cs="Arial" w:eastAsia="Arial"/>
          <w:lang w:val="he-IL" w:bidi="he-IL"/>
          <w:sz w:val="24"/>
          <w:rtl/>
          <w:szCs w:val="24"/>
        </w:rPr>
        <w:t>3. תמר רצתה שההמתנה לאוטובוס תהפוך לרגע של __________.</w:t>
      </w:r>
    </w:p>
    <w:p>
      <w:pPr>
        <w:bidi/>
        <w:spacing w:after="80"/>
        <w:jc w:val="right"/>
      </w:pPr>
      <w:r>
        <w:rPr>
          <w:rFonts w:ascii="Arial" w:hAnsi="Arial" w:cs="Arial" w:eastAsia="Arial"/>
          <w:lang w:val="he-IL" w:bidi="he-IL"/>
          <w:sz w:val="24"/>
          <w:rtl/>
          <w:szCs w:val="24"/>
        </w:rPr>
        <w:t>4. למרות שלא נכתב במפורש, אפשר להבין מהטקסט שתושבי הכפר מרגישים כלפי המדף תחושת __________ (לדוגמה שייכות או גאווה).</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חשיבה מסדר גבוה: הסקה ונקודת מבט – מסיקים, מספרים אחרת ומחברים לעולם</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מצאו דבר אחד שלא כתוב במפורש בטקסט אבל אפשר להבין ממנו. כתבו מה הבנתם ומאיזה משפט בטקסט הסקתם זאת.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ספרו מחדש את הרגע שבו התגלו שבעה הספרים החדשים על המדף, הפעם מנקודת המבט של רינה הנהגת. מה היא ראתה וחשבה?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ספרו בקצרה את סיפור המדף מנקודת המבט של אחד הנוסעים הקבועים, שרואה את השינוי קורה לאורך זמן.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איזו בעיה מהעולם האמיתי דומה לבעיה שתמר זיהתה (למשל שעמום או חוסר קשר בין אנשים)? כתבו פסקה קצרה שמקשרת בין הטקסט לבעיה הזאת.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מבנה הטקסט וזיהוי סוגה – הבנה ראשונית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בכתבה 'הספרייה שבתחנה', מי יזמה את רעיון מדף הספרים?</w:t>
      </w:r>
    </w:p>
    <w:p>
      <w:pPr>
        <w:bidi/>
        <w:spacing w:after="20"/>
        <w:jc w:val="right"/>
      </w:pPr>
      <w:r>
        <w:rPr>
          <w:rFonts w:ascii="Arial" w:hAnsi="Arial" w:cs="Arial" w:eastAsia="Arial"/>
          <w:lang w:val="he-IL" w:bidi="he-IL"/>
          <w:sz w:val="24"/>
          <w:rtl/>
          <w:szCs w:val="24"/>
        </w:rPr>
        <w:t xml:space="preserve">      ☐ א. תמר, תלמידת כיתה ח׳</w:t>
      </w:r>
    </w:p>
    <w:p>
      <w:pPr>
        <w:bidi/>
        <w:spacing w:after="20"/>
        <w:jc w:val="right"/>
      </w:pPr>
      <w:r>
        <w:rPr>
          <w:rFonts w:ascii="Arial" w:hAnsi="Arial" w:cs="Arial" w:eastAsia="Arial"/>
          <w:lang w:val="he-IL" w:bidi="he-IL"/>
          <w:sz w:val="24"/>
          <w:rtl/>
          <w:szCs w:val="24"/>
        </w:rPr>
        <w:t xml:space="preserve">      ☐ ב. רינה, נהגת האוטובוס</w:t>
      </w:r>
    </w:p>
    <w:p>
      <w:pPr>
        <w:bidi/>
        <w:spacing w:after="20"/>
        <w:jc w:val="right"/>
      </w:pPr>
      <w:r>
        <w:rPr>
          <w:rFonts w:ascii="Arial" w:hAnsi="Arial" w:cs="Arial" w:eastAsia="Arial"/>
          <w:lang w:val="he-IL" w:bidi="he-IL"/>
          <w:sz w:val="24"/>
          <w:rtl/>
          <w:szCs w:val="24"/>
        </w:rPr>
        <w:t xml:space="preserve">      ☐ ג. מר אליהו השכן</w:t>
      </w:r>
    </w:p>
    <w:p>
      <w:pPr>
        <w:bidi/>
        <w:spacing w:after="20"/>
        <w:jc w:val="right"/>
      </w:pPr>
      <w:r>
        <w:rPr>
          <w:rFonts w:ascii="Arial" w:hAnsi="Arial" w:cs="Arial" w:eastAsia="Arial"/>
          <w:lang w:val="he-IL" w:bidi="he-IL"/>
          <w:sz w:val="24"/>
          <w:rtl/>
          <w:szCs w:val="24"/>
        </w:rPr>
        <w:t xml:space="preserve">      ☐ ד. המועצה המקומית</w:t>
      </w:r>
    </w:p>
    <w:p>
      <w:pPr>
        <w:bidi/>
        <w:spacing w:after="20"/>
        <w:jc w:val="right"/>
      </w:pPr>
      <w:r>
        <w:rPr>
          <w:rFonts w:ascii="Arial" w:hAnsi="Arial" w:cs="Arial" w:eastAsia="Arial"/>
          <w:lang w:val="he-IL" w:bidi="he-IL"/>
          <w:b/>
          <w:sz w:val="24"/>
          <w:rtl/>
          <w:szCs w:val="24"/>
          <w:bCs/>
        </w:rPr>
        <w:t>2. איזו סוגה מתאימה לטקסט 'הספרייה שבתחנה'?</w:t>
      </w:r>
    </w:p>
    <w:p>
      <w:pPr>
        <w:bidi/>
        <w:spacing w:after="20"/>
        <w:jc w:val="right"/>
      </w:pPr>
      <w:r>
        <w:rPr>
          <w:rFonts w:ascii="Arial" w:hAnsi="Arial" w:cs="Arial" w:eastAsia="Arial"/>
          <w:lang w:val="he-IL" w:bidi="he-IL"/>
          <w:sz w:val="24"/>
          <w:rtl/>
          <w:szCs w:val="24"/>
        </w:rPr>
        <w:t xml:space="preserve">      ☐ א. שיר</w:t>
      </w:r>
    </w:p>
    <w:p>
      <w:pPr>
        <w:bidi/>
        <w:spacing w:after="20"/>
        <w:jc w:val="right"/>
      </w:pPr>
      <w:r>
        <w:rPr>
          <w:rFonts w:ascii="Arial" w:hAnsi="Arial" w:cs="Arial" w:eastAsia="Arial"/>
          <w:lang w:val="he-IL" w:bidi="he-IL"/>
          <w:sz w:val="24"/>
          <w:rtl/>
          <w:szCs w:val="24"/>
        </w:rPr>
        <w:t xml:space="preserve">      ☐ ב. כתבה</w:t>
      </w:r>
    </w:p>
    <w:p>
      <w:pPr>
        <w:bidi/>
        <w:spacing w:after="20"/>
        <w:jc w:val="right"/>
      </w:pPr>
      <w:r>
        <w:rPr>
          <w:rFonts w:ascii="Arial" w:hAnsi="Arial" w:cs="Arial" w:eastAsia="Arial"/>
          <w:lang w:val="he-IL" w:bidi="he-IL"/>
          <w:sz w:val="24"/>
          <w:rtl/>
          <w:szCs w:val="24"/>
        </w:rPr>
        <w:t xml:space="preserve">      ☐ ג. טקסט מתכון</w:t>
      </w:r>
    </w:p>
    <w:p>
      <w:pPr>
        <w:bidi/>
        <w:spacing w:after="20"/>
        <w:jc w:val="right"/>
      </w:pPr>
      <w:r>
        <w:rPr>
          <w:rFonts w:ascii="Arial" w:hAnsi="Arial" w:cs="Arial" w:eastAsia="Arial"/>
          <w:lang w:val="he-IL" w:bidi="he-IL"/>
          <w:sz w:val="24"/>
          <w:rtl/>
          <w:szCs w:val="24"/>
        </w:rPr>
        <w:t xml:space="preserve">      ☐ ד. יומן אישי</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מבנה הטקסט וזיהוי סוגה – הבנה ראשונית ב</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הכתבה מספרת על מדף ספרים שהוקם בתחנת אוטובוס בכפר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הטקסט כתוב בחרוזים ובמשקל קבוע</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מבנה הטקסט וזיהוי סוגה – הבנה ראשונית ג</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טקסט שמספר על אירוע אמיתי, כולל ציטוטים מאנשים, נקרא 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4 · לשון: מורפולוגיה (שורש, משקל, סמיכות ונטייה) – שורש ומשקל במילים מהכתבה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מהו השורש של המילה "ספרים" (מהכתבה)?</w:t>
      </w:r>
    </w:p>
    <w:p>
      <w:pPr>
        <w:bidi/>
        <w:spacing w:after="20"/>
        <w:jc w:val="right"/>
      </w:pPr>
      <w:r>
        <w:rPr>
          <w:rFonts w:ascii="Arial" w:hAnsi="Arial" w:cs="Arial" w:eastAsia="Arial"/>
          <w:lang w:val="he-IL" w:bidi="he-IL"/>
          <w:sz w:val="24"/>
          <w:rtl/>
          <w:szCs w:val="24"/>
        </w:rPr>
        <w:t xml:space="preserve">      ☐ א. ס.פ.ר</w:t>
      </w:r>
    </w:p>
    <w:p>
      <w:pPr>
        <w:bidi/>
        <w:spacing w:after="20"/>
        <w:jc w:val="right"/>
      </w:pPr>
      <w:r>
        <w:rPr>
          <w:rFonts w:ascii="Arial" w:hAnsi="Arial" w:cs="Arial" w:eastAsia="Arial"/>
          <w:lang w:val="he-IL" w:bidi="he-IL"/>
          <w:sz w:val="24"/>
          <w:rtl/>
          <w:szCs w:val="24"/>
        </w:rPr>
        <w:t xml:space="preserve">      ☐ ב. ס.פ.ם</w:t>
      </w:r>
    </w:p>
    <w:p>
      <w:pPr>
        <w:bidi/>
        <w:spacing w:after="20"/>
        <w:jc w:val="right"/>
      </w:pPr>
      <w:r>
        <w:rPr>
          <w:rFonts w:ascii="Arial" w:hAnsi="Arial" w:cs="Arial" w:eastAsia="Arial"/>
          <w:lang w:val="he-IL" w:bidi="he-IL"/>
          <w:sz w:val="24"/>
          <w:rtl/>
          <w:szCs w:val="24"/>
        </w:rPr>
        <w:t xml:space="preserve">      ☐ ג. פ.ר.ס</w:t>
      </w:r>
    </w:p>
    <w:p>
      <w:pPr>
        <w:bidi/>
        <w:spacing w:after="20"/>
        <w:jc w:val="right"/>
      </w:pPr>
      <w:r>
        <w:rPr>
          <w:rFonts w:ascii="Arial" w:hAnsi="Arial" w:cs="Arial" w:eastAsia="Arial"/>
          <w:lang w:val="he-IL" w:bidi="he-IL"/>
          <w:sz w:val="24"/>
          <w:rtl/>
          <w:szCs w:val="24"/>
        </w:rPr>
        <w:t xml:space="preserve">      ☐ ד. ר.ס.פ</w:t>
      </w:r>
    </w:p>
    <w:p>
      <w:pPr>
        <w:bidi/>
        <w:spacing w:after="20"/>
        <w:jc w:val="right"/>
      </w:pPr>
      <w:r>
        <w:rPr>
          <w:rFonts w:ascii="Arial" w:hAnsi="Arial" w:cs="Arial" w:eastAsia="Arial"/>
          <w:lang w:val="he-IL" w:bidi="he-IL"/>
          <w:b/>
          <w:sz w:val="24"/>
          <w:rtl/>
          <w:szCs w:val="24"/>
          <w:bCs/>
        </w:rPr>
        <w:t>2. מהו השורש של המילה "תלמידה" (תמר, תלמידת כיתה ח׳)?</w:t>
      </w:r>
    </w:p>
    <w:p>
      <w:pPr>
        <w:bidi/>
        <w:spacing w:after="20"/>
        <w:jc w:val="right"/>
      </w:pPr>
      <w:r>
        <w:rPr>
          <w:rFonts w:ascii="Arial" w:hAnsi="Arial" w:cs="Arial" w:eastAsia="Arial"/>
          <w:lang w:val="he-IL" w:bidi="he-IL"/>
          <w:sz w:val="24"/>
          <w:rtl/>
          <w:szCs w:val="24"/>
        </w:rPr>
        <w:t xml:space="preserve">      ☐ א. ל.מ.ד</w:t>
      </w:r>
    </w:p>
    <w:p>
      <w:pPr>
        <w:bidi/>
        <w:spacing w:after="20"/>
        <w:jc w:val="right"/>
      </w:pPr>
      <w:r>
        <w:rPr>
          <w:rFonts w:ascii="Arial" w:hAnsi="Arial" w:cs="Arial" w:eastAsia="Arial"/>
          <w:lang w:val="he-IL" w:bidi="he-IL"/>
          <w:sz w:val="24"/>
          <w:rtl/>
          <w:szCs w:val="24"/>
        </w:rPr>
        <w:t xml:space="preserve">      ☐ ב. ת.ל.מ</w:t>
      </w:r>
    </w:p>
    <w:p>
      <w:pPr>
        <w:bidi/>
        <w:spacing w:after="20"/>
        <w:jc w:val="right"/>
      </w:pPr>
      <w:r>
        <w:rPr>
          <w:rFonts w:ascii="Arial" w:hAnsi="Arial" w:cs="Arial" w:eastAsia="Arial"/>
          <w:lang w:val="he-IL" w:bidi="he-IL"/>
          <w:sz w:val="24"/>
          <w:rtl/>
          <w:szCs w:val="24"/>
        </w:rPr>
        <w:t xml:space="preserve">      ☐ ג. מ.י.ד</w:t>
      </w:r>
    </w:p>
    <w:p>
      <w:pPr>
        <w:bidi/>
        <w:spacing w:after="20"/>
        <w:jc w:val="right"/>
      </w:pPr>
      <w:r>
        <w:rPr>
          <w:rFonts w:ascii="Arial" w:hAnsi="Arial" w:cs="Arial" w:eastAsia="Arial"/>
          <w:lang w:val="he-IL" w:bidi="he-IL"/>
          <w:sz w:val="24"/>
          <w:rtl/>
          <w:szCs w:val="24"/>
        </w:rPr>
        <w:t xml:space="preserve">      ☐ ד. ל.י.ד</w:t>
      </w:r>
    </w:p>
    <w:p>
      <w:pPr>
        <w:bidi/>
        <w:spacing w:after="20"/>
        <w:jc w:val="right"/>
      </w:pPr>
      <w:r>
        <w:rPr>
          <w:rFonts w:ascii="Arial" w:hAnsi="Arial" w:cs="Arial" w:eastAsia="Arial"/>
          <w:lang w:val="he-IL" w:bidi="he-IL"/>
          <w:b/>
          <w:sz w:val="24"/>
          <w:rtl/>
          <w:szCs w:val="24"/>
          <w:bCs/>
        </w:rPr>
        <w:t>3. המילה "הופיע" (מדף עץ הופיע בתחנה) בנויה בבניין:</w:t>
      </w:r>
    </w:p>
    <w:p>
      <w:pPr>
        <w:bidi/>
        <w:spacing w:after="20"/>
        <w:jc w:val="right"/>
      </w:pPr>
      <w:r>
        <w:rPr>
          <w:rFonts w:ascii="Arial" w:hAnsi="Arial" w:cs="Arial" w:eastAsia="Arial"/>
          <w:lang w:val="he-IL" w:bidi="he-IL"/>
          <w:sz w:val="24"/>
          <w:rtl/>
          <w:szCs w:val="24"/>
        </w:rPr>
        <w:t xml:space="preserve">      ☐ א. פעל</w:t>
      </w:r>
    </w:p>
    <w:p>
      <w:pPr>
        <w:bidi/>
        <w:spacing w:after="20"/>
        <w:jc w:val="right"/>
      </w:pPr>
      <w:r>
        <w:rPr>
          <w:rFonts w:ascii="Arial" w:hAnsi="Arial" w:cs="Arial" w:eastAsia="Arial"/>
          <w:lang w:val="he-IL" w:bidi="he-IL"/>
          <w:sz w:val="24"/>
          <w:rtl/>
          <w:szCs w:val="24"/>
        </w:rPr>
        <w:t xml:space="preserve">      ☐ ב. נפעל</w:t>
      </w:r>
    </w:p>
    <w:p>
      <w:pPr>
        <w:bidi/>
        <w:spacing w:after="20"/>
        <w:jc w:val="right"/>
      </w:pPr>
      <w:r>
        <w:rPr>
          <w:rFonts w:ascii="Arial" w:hAnsi="Arial" w:cs="Arial" w:eastAsia="Arial"/>
          <w:lang w:val="he-IL" w:bidi="he-IL"/>
          <w:sz w:val="24"/>
          <w:rtl/>
          <w:szCs w:val="24"/>
        </w:rPr>
        <w:t xml:space="preserve">      ☐ ג. פיעל</w:t>
      </w:r>
    </w:p>
    <w:p>
      <w:pPr>
        <w:bidi/>
        <w:spacing w:after="20"/>
        <w:jc w:val="right"/>
      </w:pPr>
      <w:r>
        <w:rPr>
          <w:rFonts w:ascii="Arial" w:hAnsi="Arial" w:cs="Arial" w:eastAsia="Arial"/>
          <w:lang w:val="he-IL" w:bidi="he-IL"/>
          <w:sz w:val="24"/>
          <w:rtl/>
          <w:szCs w:val="24"/>
        </w:rPr>
        <w:t xml:space="preserve">      ☐ ד. הפעיל</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לשון: מורפולוגיה (שורש, משקל, סמיכות ונטייה) – סמיכות ושייכות במילה אחת</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"תחנת האוטובוס" הוא צירוף סמיכות. כתבו את מילת הסמיכות הראשונה (הנסמך): __________</w:t>
      </w:r>
    </w:p>
    <w:p>
      <w:pPr>
        <w:bidi/>
        <w:spacing w:after="80"/>
        <w:jc w:val="right"/>
      </w:pPr>
      <w:r>
        <w:rPr>
          <w:rFonts w:ascii="Arial" w:hAnsi="Arial" w:cs="Arial" w:eastAsia="Arial"/>
          <w:lang w:val="he-IL" w:bidi="he-IL"/>
          <w:sz w:val="24"/>
          <w:rtl/>
          <w:szCs w:val="24"/>
        </w:rPr>
        <w:t>2. חברו צירוף סמיכות מהמילים "מדף" ו"עץ": __________</w:t>
      </w:r>
    </w:p>
    <w:p>
      <w:pPr>
        <w:bidi/>
        <w:spacing w:after="80"/>
        <w:jc w:val="right"/>
      </w:pPr>
      <w:r>
        <w:rPr>
          <w:rFonts w:ascii="Arial" w:hAnsi="Arial" w:cs="Arial" w:eastAsia="Arial"/>
          <w:lang w:val="he-IL" w:bidi="he-IL"/>
          <w:sz w:val="24"/>
          <w:rtl/>
          <w:szCs w:val="24"/>
        </w:rPr>
        <w:t>3. בטקסט כתוב "נהגת האוטובוס". זהו צירוף __________</w:t>
      </w:r>
    </w:p>
    <w:p>
      <w:pPr>
        <w:bidi/>
        <w:spacing w:after="80"/>
        <w:jc w:val="right"/>
      </w:pPr>
      <w:r>
        <w:rPr>
          <w:rFonts w:ascii="Arial" w:hAnsi="Arial" w:cs="Arial" w:eastAsia="Arial"/>
          <w:lang w:val="he-IL" w:bidi="he-IL"/>
          <w:sz w:val="24"/>
          <w:rtl/>
          <w:szCs w:val="24"/>
        </w:rPr>
        <w:t>4. כתבו במילה אחת: "המחברת של התלמידים" = 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לשון: מורפולוגיה (שורש, משקל, סמיכות ונטייה) – רבים ונטיית פעלים בזמנים</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את צורת הרבים של המילה "מדף": 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את צורת הרבים של המילה "פתק": 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נטו את הפועל "חיכתה" (שורש ח.כ.ה) בגוף נקבה יחיד בשלושת הזמנים: עבר, הווה, עתיד.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נטו את הפועל "הוסיפה" (שורש י.ס.ף) בגוף נקבה יחיד: עבר, הווה, עתיד.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5 · אוצר מילים, טיעון וראיה – התאמת מילים מהמילון הקטן</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הגתה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הפסיקה לקוות</w:t>
            </w:r>
          </w:p>
        </w:tc>
      </w:tr>
      <w:tr>
        <w:tc>
          <w:tcPr>
            <w:tcW w:type="dxa" w:w="3969"/>
          </w:tcPr>
          <w:p>
            <w:pPr>
              <w:bidi/>
              <w:jc w:val="right"/>
            </w:pPr>
            <w:r>
              <w:rPr>
                <w:rFonts w:ascii="Arial" w:hAnsi="Arial" w:cs="Arial" w:eastAsia="Arial"/>
                <w:lang w:val="he-IL" w:bidi="he-IL"/>
                <w:sz w:val="24"/>
                <w:rtl/>
                <w:szCs w:val="24"/>
              </w:rPr>
              <w:t>2. התייאשה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חשבה על רעיון חדש</w:t>
            </w:r>
          </w:p>
        </w:tc>
      </w:tr>
      <w:tr>
        <w:tc>
          <w:tcPr>
            <w:tcW w:type="dxa" w:w="3969"/>
          </w:tcPr>
          <w:p>
            <w:pPr>
              <w:bidi/>
              <w:jc w:val="right"/>
            </w:pPr>
            <w:r>
              <w:rPr>
                <w:rFonts w:ascii="Arial" w:hAnsi="Arial" w:cs="Arial" w:eastAsia="Arial"/>
                <w:lang w:val="he-IL" w:bidi="he-IL"/>
                <w:sz w:val="24"/>
                <w:rtl/>
                <w:szCs w:val="24"/>
              </w:rPr>
              <w:t>3. גגון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אנשים שנוסעים כל יום באותו קו אוטובוס</w:t>
            </w:r>
          </w:p>
        </w:tc>
      </w:tr>
      <w:tr>
        <w:tc>
          <w:tcPr>
            <w:tcW w:type="dxa" w:w="3969"/>
          </w:tcPr>
          <w:p>
            <w:pPr>
              <w:bidi/>
              <w:jc w:val="right"/>
            </w:pPr>
            <w:r>
              <w:rPr>
                <w:rFonts w:ascii="Arial" w:hAnsi="Arial" w:cs="Arial" w:eastAsia="Arial"/>
                <w:lang w:val="he-IL" w:bidi="he-IL"/>
                <w:sz w:val="24"/>
                <w:rtl/>
                <w:szCs w:val="24"/>
              </w:rPr>
              <w:t>4. מתרוקן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גג קטן שמגן מגשם</w:t>
            </w:r>
          </w:p>
        </w:tc>
      </w:tr>
      <w:tr>
        <w:tc>
          <w:tcPr>
            <w:tcW w:type="dxa" w:w="3969"/>
          </w:tcPr>
          <w:p>
            <w:pPr>
              <w:bidi/>
              <w:jc w:val="right"/>
            </w:pPr>
            <w:r>
              <w:rPr>
                <w:rFonts w:ascii="Arial" w:hAnsi="Arial" w:cs="Arial" w:eastAsia="Arial"/>
                <w:lang w:val="he-IL" w:bidi="he-IL"/>
                <w:sz w:val="24"/>
                <w:rtl/>
                <w:szCs w:val="24"/>
              </w:rPr>
              <w:t>5. נוסעים קבועים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נהיה ריק</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אוצר מילים, טיעון וראיה – מילים במשפט חדש</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תמר ___ את הרעיון להניח ספרים בתחנה</w:t>
      </w:r>
    </w:p>
    <w:p>
      <w:pPr>
        <w:bidi/>
        <w:spacing w:after="20"/>
        <w:jc w:val="right"/>
      </w:pPr>
      <w:r>
        <w:rPr>
          <w:rFonts w:ascii="Arial" w:hAnsi="Arial" w:cs="Arial" w:eastAsia="Arial"/>
          <w:lang w:val="he-IL" w:bidi="he-IL"/>
          <w:sz w:val="24"/>
          <w:rtl/>
          <w:szCs w:val="24"/>
        </w:rPr>
        <w:t xml:space="preserve">      ☐ א. הגתה</w:t>
      </w:r>
    </w:p>
    <w:p>
      <w:pPr>
        <w:bidi/>
        <w:spacing w:after="20"/>
        <w:jc w:val="right"/>
      </w:pPr>
      <w:r>
        <w:rPr>
          <w:rFonts w:ascii="Arial" w:hAnsi="Arial" w:cs="Arial" w:eastAsia="Arial"/>
          <w:lang w:val="he-IL" w:bidi="he-IL"/>
          <w:sz w:val="24"/>
          <w:rtl/>
          <w:szCs w:val="24"/>
        </w:rPr>
        <w:t xml:space="preserve">      ☐ ב. התייאשה</w:t>
      </w:r>
    </w:p>
    <w:p>
      <w:pPr>
        <w:bidi/>
        <w:spacing w:after="20"/>
        <w:jc w:val="right"/>
      </w:pPr>
      <w:r>
        <w:rPr>
          <w:rFonts w:ascii="Arial" w:hAnsi="Arial" w:cs="Arial" w:eastAsia="Arial"/>
          <w:lang w:val="he-IL" w:bidi="he-IL"/>
          <w:sz w:val="24"/>
          <w:rtl/>
          <w:szCs w:val="24"/>
        </w:rPr>
        <w:t xml:space="preserve">      ☐ ג. נעלמה</w:t>
      </w:r>
    </w:p>
    <w:p>
      <w:pPr>
        <w:bidi/>
        <w:spacing w:after="20"/>
        <w:jc w:val="right"/>
      </w:pPr>
      <w:r>
        <w:rPr>
          <w:rFonts w:ascii="Arial" w:hAnsi="Arial" w:cs="Arial" w:eastAsia="Arial"/>
          <w:lang w:val="he-IL" w:bidi="he-IL"/>
          <w:sz w:val="24"/>
          <w:rtl/>
          <w:szCs w:val="24"/>
        </w:rPr>
        <w:t xml:space="preserve">      ☐ ד. הפתיעה</w:t>
      </w:r>
    </w:p>
    <w:p>
      <w:pPr>
        <w:bidi/>
        <w:spacing w:after="20"/>
        <w:jc w:val="right"/>
      </w:pPr>
      <w:r>
        <w:rPr>
          <w:rFonts w:ascii="Arial" w:hAnsi="Arial" w:cs="Arial" w:eastAsia="Arial"/>
          <w:lang w:val="he-IL" w:bidi="he-IL"/>
          <w:b/>
          <w:sz w:val="24"/>
          <w:rtl/>
          <w:szCs w:val="24"/>
          <w:bCs/>
        </w:rPr>
        <w:t>2. אחרי שבוע ראשון בלי ספרים חדשים, תמר כמעט ___</w:t>
      </w:r>
    </w:p>
    <w:p>
      <w:pPr>
        <w:bidi/>
        <w:spacing w:after="20"/>
        <w:jc w:val="right"/>
      </w:pPr>
      <w:r>
        <w:rPr>
          <w:rFonts w:ascii="Arial" w:hAnsi="Arial" w:cs="Arial" w:eastAsia="Arial"/>
          <w:lang w:val="he-IL" w:bidi="he-IL"/>
          <w:sz w:val="24"/>
          <w:rtl/>
          <w:szCs w:val="24"/>
        </w:rPr>
        <w:t xml:space="preserve">      ☐ א. הגתה</w:t>
      </w:r>
    </w:p>
    <w:p>
      <w:pPr>
        <w:bidi/>
        <w:spacing w:after="20"/>
        <w:jc w:val="right"/>
      </w:pPr>
      <w:r>
        <w:rPr>
          <w:rFonts w:ascii="Arial" w:hAnsi="Arial" w:cs="Arial" w:eastAsia="Arial"/>
          <w:lang w:val="he-IL" w:bidi="he-IL"/>
          <w:sz w:val="24"/>
          <w:rtl/>
          <w:szCs w:val="24"/>
        </w:rPr>
        <w:t xml:space="preserve">      ☐ ב. התייאשה</w:t>
      </w:r>
    </w:p>
    <w:p>
      <w:pPr>
        <w:bidi/>
        <w:spacing w:after="20"/>
        <w:jc w:val="right"/>
      </w:pPr>
      <w:r>
        <w:rPr>
          <w:rFonts w:ascii="Arial" w:hAnsi="Arial" w:cs="Arial" w:eastAsia="Arial"/>
          <w:lang w:val="he-IL" w:bidi="he-IL"/>
          <w:sz w:val="24"/>
          <w:rtl/>
          <w:szCs w:val="24"/>
        </w:rPr>
        <w:t xml:space="preserve">      ☐ ג. צחקה</w:t>
      </w:r>
    </w:p>
    <w:p>
      <w:pPr>
        <w:bidi/>
        <w:spacing w:after="20"/>
        <w:jc w:val="right"/>
      </w:pPr>
      <w:r>
        <w:rPr>
          <w:rFonts w:ascii="Arial" w:hAnsi="Arial" w:cs="Arial" w:eastAsia="Arial"/>
          <w:lang w:val="he-IL" w:bidi="he-IL"/>
          <w:sz w:val="24"/>
          <w:rtl/>
          <w:szCs w:val="24"/>
        </w:rPr>
        <w:t xml:space="preserve">      ☐ ד. הוסיפה</w:t>
      </w:r>
    </w:p>
    <w:p>
      <w:pPr>
        <w:bidi/>
        <w:spacing w:after="20"/>
        <w:jc w:val="right"/>
      </w:pPr>
      <w:r>
        <w:rPr>
          <w:rFonts w:ascii="Arial" w:hAnsi="Arial" w:cs="Arial" w:eastAsia="Arial"/>
          <w:lang w:val="he-IL" w:bidi="he-IL"/>
          <w:b/>
          <w:sz w:val="24"/>
          <w:rtl/>
          <w:szCs w:val="24"/>
          <w:bCs/>
        </w:rPr>
        <w:t>3. רינה הוסיפה למדף ___ כדי להגן על הספרים מהגשם</w:t>
      </w:r>
    </w:p>
    <w:p>
      <w:pPr>
        <w:bidi/>
        <w:spacing w:after="20"/>
        <w:jc w:val="right"/>
      </w:pPr>
      <w:r>
        <w:rPr>
          <w:rFonts w:ascii="Arial" w:hAnsi="Arial" w:cs="Arial" w:eastAsia="Arial"/>
          <w:lang w:val="he-IL" w:bidi="he-IL"/>
          <w:sz w:val="24"/>
          <w:rtl/>
          <w:szCs w:val="24"/>
        </w:rPr>
        <w:t xml:space="preserve">      ☐ א. גגון</w:t>
      </w:r>
    </w:p>
    <w:p>
      <w:pPr>
        <w:bidi/>
        <w:spacing w:after="20"/>
        <w:jc w:val="right"/>
      </w:pPr>
      <w:r>
        <w:rPr>
          <w:rFonts w:ascii="Arial" w:hAnsi="Arial" w:cs="Arial" w:eastAsia="Arial"/>
          <w:lang w:val="he-IL" w:bidi="he-IL"/>
          <w:sz w:val="24"/>
          <w:rtl/>
          <w:szCs w:val="24"/>
        </w:rPr>
        <w:t xml:space="preserve">      ☐ ב. מילון</w:t>
      </w:r>
    </w:p>
    <w:p>
      <w:pPr>
        <w:bidi/>
        <w:spacing w:after="20"/>
        <w:jc w:val="right"/>
      </w:pPr>
      <w:r>
        <w:rPr>
          <w:rFonts w:ascii="Arial" w:hAnsi="Arial" w:cs="Arial" w:eastAsia="Arial"/>
          <w:lang w:val="he-IL" w:bidi="he-IL"/>
          <w:sz w:val="24"/>
          <w:rtl/>
          <w:szCs w:val="24"/>
        </w:rPr>
        <w:t xml:space="preserve">      ☐ ג. פתק</w:t>
      </w:r>
    </w:p>
    <w:p>
      <w:pPr>
        <w:bidi/>
        <w:spacing w:after="20"/>
        <w:jc w:val="right"/>
      </w:pPr>
      <w:r>
        <w:rPr>
          <w:rFonts w:ascii="Arial" w:hAnsi="Arial" w:cs="Arial" w:eastAsia="Arial"/>
          <w:lang w:val="he-IL" w:bidi="he-IL"/>
          <w:sz w:val="24"/>
          <w:rtl/>
          <w:szCs w:val="24"/>
        </w:rPr>
        <w:t xml:space="preserve">      ☐ ד. שלט</w:t>
      </w:r>
    </w:p>
    <w:p>
      <w:pPr>
        <w:bidi/>
        <w:spacing w:after="20"/>
        <w:jc w:val="right"/>
      </w:pPr>
      <w:r>
        <w:rPr>
          <w:rFonts w:ascii="Arial" w:hAnsi="Arial" w:cs="Arial" w:eastAsia="Arial"/>
          <w:lang w:val="he-IL" w:bidi="he-IL"/>
          <w:b/>
          <w:sz w:val="24"/>
          <w:rtl/>
          <w:szCs w:val="24"/>
          <w:bCs/>
        </w:rPr>
        <w:t>4. איזו ראיה מהטקסט הכי טובה כדי לתמוך בטענה 'הרעיון של תמר הצליח'</w:t>
      </w:r>
    </w:p>
    <w:p>
      <w:pPr>
        <w:bidi/>
        <w:spacing w:after="20"/>
        <w:jc w:val="right"/>
      </w:pPr>
      <w:r>
        <w:rPr>
          <w:rFonts w:ascii="Arial" w:hAnsi="Arial" w:cs="Arial" w:eastAsia="Arial"/>
          <w:lang w:val="he-IL" w:bidi="he-IL"/>
          <w:sz w:val="24"/>
          <w:rtl/>
          <w:szCs w:val="24"/>
        </w:rPr>
        <w:t xml:space="preserve">      ☐ א. איש לא נגע במדף בהתחלה</w:t>
      </w:r>
    </w:p>
    <w:p>
      <w:pPr>
        <w:bidi/>
        <w:spacing w:after="20"/>
        <w:jc w:val="right"/>
      </w:pPr>
      <w:r>
        <w:rPr>
          <w:rFonts w:ascii="Arial" w:hAnsi="Arial" w:cs="Arial" w:eastAsia="Arial"/>
          <w:lang w:val="he-IL" w:bidi="he-IL"/>
          <w:sz w:val="24"/>
          <w:rtl/>
          <w:szCs w:val="24"/>
        </w:rPr>
        <w:t xml:space="preserve">      ☐ ב. בשבוע השני הגיעו שבעה ספרים חדשים</w:t>
      </w:r>
    </w:p>
    <w:p>
      <w:pPr>
        <w:bidi/>
        <w:spacing w:after="20"/>
        <w:jc w:val="right"/>
      </w:pPr>
      <w:r>
        <w:rPr>
          <w:rFonts w:ascii="Arial" w:hAnsi="Arial" w:cs="Arial" w:eastAsia="Arial"/>
          <w:lang w:val="he-IL" w:bidi="he-IL"/>
          <w:sz w:val="24"/>
          <w:rtl/>
          <w:szCs w:val="24"/>
        </w:rPr>
        <w:t xml:space="preserve">      ☐ ג. הספרים היו מכוסים באבק</w:t>
      </w:r>
    </w:p>
    <w:p>
      <w:pPr>
        <w:bidi/>
        <w:spacing w:after="20"/>
        <w:jc w:val="right"/>
      </w:pPr>
      <w:r>
        <w:rPr>
          <w:rFonts w:ascii="Arial" w:hAnsi="Arial" w:cs="Arial" w:eastAsia="Arial"/>
          <w:lang w:val="he-IL" w:bidi="he-IL"/>
          <w:sz w:val="24"/>
          <w:rtl/>
          <w:szCs w:val="24"/>
        </w:rPr>
        <w:t xml:space="preserve">      ☐ ד. תמר כמעט התייאשה</w:t>
      </w:r>
    </w:p>
    <w:p>
      <w:pPr>
        <w:bidi/>
        <w:spacing w:after="20"/>
        <w:jc w:val="right"/>
      </w:pPr>
      <w:r>
        <w:rPr>
          <w:rFonts w:ascii="Arial" w:hAnsi="Arial" w:cs="Arial" w:eastAsia="Arial"/>
          <w:lang w:val="he-IL" w:bidi="he-IL"/>
          <w:b/>
          <w:sz w:val="24"/>
          <w:rtl/>
          <w:szCs w:val="24"/>
          <w:bCs/>
        </w:rPr>
        <w:t>5. המשפט 'המדף כמעט אינו מתרוקן' מרמז בעיקר על</w:t>
      </w:r>
    </w:p>
    <w:p>
      <w:pPr>
        <w:bidi/>
        <w:spacing w:after="20"/>
        <w:jc w:val="right"/>
      </w:pPr>
      <w:r>
        <w:rPr>
          <w:rFonts w:ascii="Arial" w:hAnsi="Arial" w:cs="Arial" w:eastAsia="Arial"/>
          <w:lang w:val="he-IL" w:bidi="he-IL"/>
          <w:sz w:val="24"/>
          <w:rtl/>
          <w:szCs w:val="24"/>
        </w:rPr>
        <w:t xml:space="preserve">      ☐ א. שהמדף נשאר ריק כל הזמן</w:t>
      </w:r>
    </w:p>
    <w:p>
      <w:pPr>
        <w:bidi/>
        <w:spacing w:after="20"/>
        <w:jc w:val="right"/>
      </w:pPr>
      <w:r>
        <w:rPr>
          <w:rFonts w:ascii="Arial" w:hAnsi="Arial" w:cs="Arial" w:eastAsia="Arial"/>
          <w:lang w:val="he-IL" w:bidi="he-IL"/>
          <w:sz w:val="24"/>
          <w:rtl/>
          <w:szCs w:val="24"/>
        </w:rPr>
        <w:t xml:space="preserve">      ☐ ב. שאנשים ממשיכים לקחת ולהביא ספרים כל הזמן</w:t>
      </w:r>
    </w:p>
    <w:p>
      <w:pPr>
        <w:bidi/>
        <w:spacing w:after="20"/>
        <w:jc w:val="right"/>
      </w:pPr>
      <w:r>
        <w:rPr>
          <w:rFonts w:ascii="Arial" w:hAnsi="Arial" w:cs="Arial" w:eastAsia="Arial"/>
          <w:lang w:val="he-IL" w:bidi="he-IL"/>
          <w:sz w:val="24"/>
          <w:rtl/>
          <w:szCs w:val="24"/>
        </w:rPr>
        <w:t xml:space="preserve">      ☐ ג. שהמדף התקלקל</w:t>
      </w:r>
    </w:p>
    <w:p>
      <w:pPr>
        <w:bidi/>
        <w:spacing w:after="20"/>
        <w:jc w:val="right"/>
      </w:pPr>
      <w:r>
        <w:rPr>
          <w:rFonts w:ascii="Arial" w:hAnsi="Arial" w:cs="Arial" w:eastAsia="Arial"/>
          <w:lang w:val="he-IL" w:bidi="he-IL"/>
          <w:sz w:val="24"/>
          <w:rtl/>
          <w:szCs w:val="24"/>
        </w:rPr>
        <w:t xml:space="preserve">      ☐ ד. שאיש לא משתמש במדף יותר</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אוצר מילים, טיעון וראיה – טענה ושתי ראיות</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במילים שלכם מה משמעות המילה 'התייאשה' ברגע שתמר כמעט הפסיקה להאמין ברעיון שלה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טענה אחת משלכם על הפרויקט של תמר, לדוגמה: הפרויקט הצליח בזכות שיתוף הפעולה של התושבים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תמכו בטענה שכתבתם בשתי ראיות שונות מתוך הטקסט</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כתבו טענה הפוכה, למשל: לא כל התושבים תמכו בפרויקט מיד, ונסו למצוא ראיה אחת מהטקסט שתומכת בה גם אם היא חלשה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6 · יצירה: כתיבה בעקבות הטקסט – הכרת הטקסט לפני הכתיבה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מי הגתה את הרעיון להציב מדף ספרים בתחנת האוטובוס?</w:t>
      </w:r>
    </w:p>
    <w:p>
      <w:pPr>
        <w:bidi/>
        <w:spacing w:after="20"/>
        <w:jc w:val="right"/>
      </w:pPr>
      <w:r>
        <w:rPr>
          <w:rFonts w:ascii="Arial" w:hAnsi="Arial" w:cs="Arial" w:eastAsia="Arial"/>
          <w:lang w:val="he-IL" w:bidi="he-IL"/>
          <w:sz w:val="24"/>
          <w:rtl/>
          <w:szCs w:val="24"/>
        </w:rPr>
        <w:t xml:space="preserve">      ☐ א. תמר, תלמידת כיתה ח׳</w:t>
      </w:r>
    </w:p>
    <w:p>
      <w:pPr>
        <w:bidi/>
        <w:spacing w:after="20"/>
        <w:jc w:val="right"/>
      </w:pPr>
      <w:r>
        <w:rPr>
          <w:rFonts w:ascii="Arial" w:hAnsi="Arial" w:cs="Arial" w:eastAsia="Arial"/>
          <w:lang w:val="he-IL" w:bidi="he-IL"/>
          <w:sz w:val="24"/>
          <w:rtl/>
          <w:szCs w:val="24"/>
        </w:rPr>
        <w:t xml:space="preserve">      ☐ ב. רינה, נהגת האוטובוס</w:t>
      </w:r>
    </w:p>
    <w:p>
      <w:pPr>
        <w:bidi/>
        <w:spacing w:after="20"/>
        <w:jc w:val="right"/>
      </w:pPr>
      <w:r>
        <w:rPr>
          <w:rFonts w:ascii="Arial" w:hAnsi="Arial" w:cs="Arial" w:eastAsia="Arial"/>
          <w:lang w:val="he-IL" w:bidi="he-IL"/>
          <w:sz w:val="24"/>
          <w:rtl/>
          <w:szCs w:val="24"/>
        </w:rPr>
        <w:t xml:space="preserve">      ☐ ג. מר אליהו, שכן מהבניין</w:t>
      </w:r>
    </w:p>
    <w:p>
      <w:pPr>
        <w:bidi/>
        <w:spacing w:after="20"/>
        <w:jc w:val="right"/>
      </w:pPr>
      <w:r>
        <w:rPr>
          <w:rFonts w:ascii="Arial" w:hAnsi="Arial" w:cs="Arial" w:eastAsia="Arial"/>
          <w:lang w:val="he-IL" w:bidi="he-IL"/>
          <w:sz w:val="24"/>
          <w:rtl/>
          <w:szCs w:val="24"/>
        </w:rPr>
        <w:t xml:space="preserve">      ☐ ד. איתי מהקומה השנייה</w:t>
      </w:r>
    </w:p>
    <w:p>
      <w:pPr>
        <w:bidi/>
        <w:spacing w:after="20"/>
        <w:jc w:val="right"/>
      </w:pPr>
      <w:r>
        <w:rPr>
          <w:rFonts w:ascii="Arial" w:hAnsi="Arial" w:cs="Arial" w:eastAsia="Arial"/>
          <w:lang w:val="he-IL" w:bidi="he-IL"/>
          <w:b/>
          <w:sz w:val="24"/>
          <w:rtl/>
          <w:szCs w:val="24"/>
          <w:bCs/>
        </w:rPr>
        <w:t>2. מהי סוגת הטקסט 'הספרייה שבתחנה'?</w:t>
      </w:r>
    </w:p>
    <w:p>
      <w:pPr>
        <w:bidi/>
        <w:spacing w:after="20"/>
        <w:jc w:val="right"/>
      </w:pPr>
      <w:r>
        <w:rPr>
          <w:rFonts w:ascii="Arial" w:hAnsi="Arial" w:cs="Arial" w:eastAsia="Arial"/>
          <w:lang w:val="he-IL" w:bidi="he-IL"/>
          <w:sz w:val="24"/>
          <w:rtl/>
          <w:szCs w:val="24"/>
        </w:rPr>
        <w:t xml:space="preserve">      ☐ א. כתבה</w:t>
      </w:r>
    </w:p>
    <w:p>
      <w:pPr>
        <w:bidi/>
        <w:spacing w:after="20"/>
        <w:jc w:val="right"/>
      </w:pPr>
      <w:r>
        <w:rPr>
          <w:rFonts w:ascii="Arial" w:hAnsi="Arial" w:cs="Arial" w:eastAsia="Arial"/>
          <w:lang w:val="he-IL" w:bidi="he-IL"/>
          <w:sz w:val="24"/>
          <w:rtl/>
          <w:szCs w:val="24"/>
        </w:rPr>
        <w:t xml:space="preserve">      ☐ ב. שיר</w:t>
      </w:r>
    </w:p>
    <w:p>
      <w:pPr>
        <w:bidi/>
        <w:spacing w:after="20"/>
        <w:jc w:val="right"/>
      </w:pPr>
      <w:r>
        <w:rPr>
          <w:rFonts w:ascii="Arial" w:hAnsi="Arial" w:cs="Arial" w:eastAsia="Arial"/>
          <w:lang w:val="he-IL" w:bidi="he-IL"/>
          <w:sz w:val="24"/>
          <w:rtl/>
          <w:szCs w:val="24"/>
        </w:rPr>
        <w:t xml:space="preserve">      ☐ ג. מכתב אישי</w:t>
      </w:r>
    </w:p>
    <w:p>
      <w:pPr>
        <w:bidi/>
        <w:spacing w:after="20"/>
        <w:jc w:val="right"/>
      </w:pPr>
      <w:r>
        <w:rPr>
          <w:rFonts w:ascii="Arial" w:hAnsi="Arial" w:cs="Arial" w:eastAsia="Arial"/>
          <w:lang w:val="he-IL" w:bidi="he-IL"/>
          <w:sz w:val="24"/>
          <w:rtl/>
          <w:szCs w:val="24"/>
        </w:rPr>
        <w:t xml:space="preserve">      ☐ ד. מאמר דעה</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6 · יצירה: כתיבה בעקבות הטקסט – הכרת הטקסט לפני הכתיבה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בשבוע הראשון שבו עמד המדף, נעלמו שלושה ספרים ואף ספר לא הוחזר.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רינה, נהגת האוטובוס, היא זו שהגתה את רעיון המדף.</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6 · יצירה: כתיבה בעקבות הטקסט – הכרת הטקסט לפני הכתיבה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תמר רצתה שה-__________ של הנוסעים באוטובוס תהפוך לרגע של הפתעה.</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האם הצלחתי להביא ראיה מדויקת מהטקסט לכל טענה שכתבתי?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זיהיתי נכון את השורש והמשקל של המילים שבחרתי מהטקסט?</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הפסקה שכתבתי במשימת היצירה מתאימה לסגנון ולסוגה של הטקסט המקורי?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כרטיסיות משימה לכל טקסט (חט״ב)</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